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6"/>
        <w:gridCol w:w="6924"/>
      </w:tblGrid>
      <w:tr w:rsidR="007C19A5" w:rsidRPr="007C19A5" w14:paraId="210603D1" w14:textId="77777777" w:rsidTr="007C19A5">
        <w:tc>
          <w:tcPr>
            <w:tcW w:w="1668" w:type="dxa"/>
          </w:tcPr>
          <w:p w14:paraId="47012652" w14:textId="53B6ABA4" w:rsidR="007C19A5" w:rsidRDefault="007C19A5" w:rsidP="007C19A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E39F60" wp14:editId="45972871">
                  <wp:extent cx="952500" cy="10477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_logo_for_the_Slovak_Leukemia_Study_Group_(SLSG)_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2" w:type="dxa"/>
          </w:tcPr>
          <w:p w14:paraId="74B83DAE" w14:textId="77777777" w:rsidR="007C19A5" w:rsidRDefault="007C19A5" w:rsidP="007C19A5">
            <w:pPr>
              <w:pStyle w:val="Nadpis1"/>
              <w:jc w:val="center"/>
            </w:pPr>
            <w:r w:rsidRPr="007C19A5">
              <w:t>PRIHLÁŠKA ZA ČLENA/ČLENKU OBČIANSKEHO ZD</w:t>
            </w:r>
            <w:r>
              <w:t>RUŽENIA</w:t>
            </w:r>
          </w:p>
          <w:p w14:paraId="1227EEEF" w14:textId="0431A3DE" w:rsidR="007C19A5" w:rsidRPr="007C19A5" w:rsidRDefault="007C19A5" w:rsidP="007C19A5">
            <w:pPr>
              <w:pStyle w:val="Nadpis1"/>
              <w:jc w:val="center"/>
            </w:pPr>
            <w:r>
              <w:t>SLOVENSKÁ LEUKEMICKÁ SKUPINA (SLSG)</w:t>
            </w:r>
          </w:p>
        </w:tc>
      </w:tr>
    </w:tbl>
    <w:p w14:paraId="765B6959" w14:textId="77777777" w:rsidR="007C19A5" w:rsidRPr="007C19A5" w:rsidRDefault="007C19A5">
      <w:pPr>
        <w:jc w:val="center"/>
      </w:pPr>
    </w:p>
    <w:p w14:paraId="1A0F5324" w14:textId="77777777" w:rsidR="007C19A5" w:rsidRPr="007C19A5" w:rsidRDefault="007C19A5">
      <w:pPr>
        <w:jc w:val="center"/>
      </w:pPr>
    </w:p>
    <w:p w14:paraId="55CA9249" w14:textId="64B1381F" w:rsidR="00E55158" w:rsidRPr="007C19A5" w:rsidRDefault="00E55158">
      <w:pPr>
        <w:jc w:val="center"/>
      </w:pPr>
    </w:p>
    <w:p w14:paraId="78E348DB" w14:textId="77777777" w:rsidR="00E55158" w:rsidRPr="007C19A5" w:rsidRDefault="00000000">
      <w:pPr>
        <w:rPr>
          <w:lang w:val="pl-PL"/>
        </w:rPr>
      </w:pPr>
      <w:r w:rsidRPr="007C19A5">
        <w:rPr>
          <w:sz w:val="24"/>
          <w:lang w:val="pl-PL"/>
        </w:rPr>
        <w:t>Meno: ......................................................................</w:t>
      </w:r>
    </w:p>
    <w:p w14:paraId="426EE66E" w14:textId="77777777" w:rsidR="00E55158" w:rsidRPr="007C19A5" w:rsidRDefault="00000000">
      <w:pPr>
        <w:rPr>
          <w:lang w:val="pl-PL"/>
        </w:rPr>
      </w:pPr>
      <w:proofErr w:type="spellStart"/>
      <w:r w:rsidRPr="007C19A5">
        <w:rPr>
          <w:sz w:val="24"/>
          <w:lang w:val="pl-PL"/>
        </w:rPr>
        <w:t>Priezvisko</w:t>
      </w:r>
      <w:proofErr w:type="spellEnd"/>
      <w:r w:rsidRPr="007C19A5">
        <w:rPr>
          <w:sz w:val="24"/>
          <w:lang w:val="pl-PL"/>
        </w:rPr>
        <w:t>: ......................................................................</w:t>
      </w:r>
    </w:p>
    <w:p w14:paraId="338AE0F4" w14:textId="77777777" w:rsidR="00E55158" w:rsidRPr="007C19A5" w:rsidRDefault="00000000">
      <w:pPr>
        <w:rPr>
          <w:lang w:val="pl-PL"/>
        </w:rPr>
      </w:pPr>
      <w:proofErr w:type="spellStart"/>
      <w:r w:rsidRPr="007C19A5">
        <w:rPr>
          <w:sz w:val="24"/>
          <w:lang w:val="pl-PL"/>
        </w:rPr>
        <w:t>Titul</w:t>
      </w:r>
      <w:proofErr w:type="spellEnd"/>
      <w:r w:rsidRPr="007C19A5">
        <w:rPr>
          <w:sz w:val="24"/>
          <w:lang w:val="pl-PL"/>
        </w:rPr>
        <w:t>: ......................................................................</w:t>
      </w:r>
    </w:p>
    <w:p w14:paraId="71E4C60E" w14:textId="77777777" w:rsidR="00E55158" w:rsidRPr="007C19A5" w:rsidRDefault="00000000">
      <w:pPr>
        <w:rPr>
          <w:lang w:val="pl-PL"/>
        </w:rPr>
      </w:pPr>
      <w:proofErr w:type="spellStart"/>
      <w:r w:rsidRPr="007C19A5">
        <w:rPr>
          <w:sz w:val="24"/>
          <w:lang w:val="pl-PL"/>
        </w:rPr>
        <w:t>Dátum</w:t>
      </w:r>
      <w:proofErr w:type="spellEnd"/>
      <w:r w:rsidRPr="007C19A5">
        <w:rPr>
          <w:sz w:val="24"/>
          <w:lang w:val="pl-PL"/>
        </w:rPr>
        <w:t xml:space="preserve"> </w:t>
      </w:r>
      <w:proofErr w:type="spellStart"/>
      <w:r w:rsidRPr="007C19A5">
        <w:rPr>
          <w:sz w:val="24"/>
          <w:lang w:val="pl-PL"/>
        </w:rPr>
        <w:t>narodenia</w:t>
      </w:r>
      <w:proofErr w:type="spellEnd"/>
      <w:r w:rsidRPr="007C19A5">
        <w:rPr>
          <w:sz w:val="24"/>
          <w:lang w:val="pl-PL"/>
        </w:rPr>
        <w:t>: ......................................................................</w:t>
      </w:r>
    </w:p>
    <w:p w14:paraId="708F09FC" w14:textId="77777777" w:rsidR="00E55158" w:rsidRPr="007C19A5" w:rsidRDefault="00000000">
      <w:pPr>
        <w:rPr>
          <w:lang w:val="pl-PL"/>
        </w:rPr>
      </w:pPr>
      <w:proofErr w:type="spellStart"/>
      <w:r w:rsidRPr="007C19A5">
        <w:rPr>
          <w:sz w:val="24"/>
          <w:lang w:val="pl-PL"/>
        </w:rPr>
        <w:t>Adresa</w:t>
      </w:r>
      <w:proofErr w:type="spellEnd"/>
      <w:r w:rsidRPr="007C19A5">
        <w:rPr>
          <w:sz w:val="24"/>
          <w:lang w:val="pl-PL"/>
        </w:rPr>
        <w:t xml:space="preserve"> </w:t>
      </w:r>
      <w:proofErr w:type="spellStart"/>
      <w:r w:rsidRPr="007C19A5">
        <w:rPr>
          <w:sz w:val="24"/>
          <w:lang w:val="pl-PL"/>
        </w:rPr>
        <w:t>trvalého</w:t>
      </w:r>
      <w:proofErr w:type="spellEnd"/>
      <w:r w:rsidRPr="007C19A5">
        <w:rPr>
          <w:sz w:val="24"/>
          <w:lang w:val="pl-PL"/>
        </w:rPr>
        <w:t xml:space="preserve"> </w:t>
      </w:r>
      <w:proofErr w:type="spellStart"/>
      <w:r w:rsidRPr="007C19A5">
        <w:rPr>
          <w:sz w:val="24"/>
          <w:lang w:val="pl-PL"/>
        </w:rPr>
        <w:t>bydliska</w:t>
      </w:r>
      <w:proofErr w:type="spellEnd"/>
      <w:r w:rsidRPr="007C19A5">
        <w:rPr>
          <w:sz w:val="24"/>
          <w:lang w:val="pl-PL"/>
        </w:rPr>
        <w:t xml:space="preserve"> (</w:t>
      </w:r>
      <w:proofErr w:type="spellStart"/>
      <w:r w:rsidRPr="007C19A5">
        <w:rPr>
          <w:sz w:val="24"/>
          <w:lang w:val="pl-PL"/>
        </w:rPr>
        <w:t>vrátane</w:t>
      </w:r>
      <w:proofErr w:type="spellEnd"/>
      <w:r w:rsidRPr="007C19A5">
        <w:rPr>
          <w:sz w:val="24"/>
          <w:lang w:val="pl-PL"/>
        </w:rPr>
        <w:t xml:space="preserve"> PSČ): ......................................................................</w:t>
      </w:r>
    </w:p>
    <w:p w14:paraId="3A7EEEF9" w14:textId="77777777" w:rsidR="00E55158" w:rsidRPr="007C19A5" w:rsidRDefault="00000000">
      <w:pPr>
        <w:rPr>
          <w:lang w:val="pl-PL"/>
        </w:rPr>
      </w:pPr>
      <w:proofErr w:type="spellStart"/>
      <w:r w:rsidRPr="007C19A5">
        <w:rPr>
          <w:sz w:val="24"/>
          <w:lang w:val="pl-PL"/>
        </w:rPr>
        <w:t>Adresa</w:t>
      </w:r>
      <w:proofErr w:type="spellEnd"/>
      <w:r w:rsidRPr="007C19A5">
        <w:rPr>
          <w:sz w:val="24"/>
          <w:lang w:val="pl-PL"/>
        </w:rPr>
        <w:t xml:space="preserve"> </w:t>
      </w:r>
      <w:proofErr w:type="spellStart"/>
      <w:r w:rsidRPr="007C19A5">
        <w:rPr>
          <w:sz w:val="24"/>
          <w:lang w:val="pl-PL"/>
        </w:rPr>
        <w:t>pracoviska</w:t>
      </w:r>
      <w:proofErr w:type="spellEnd"/>
      <w:r w:rsidRPr="007C19A5">
        <w:rPr>
          <w:sz w:val="24"/>
          <w:lang w:val="pl-PL"/>
        </w:rPr>
        <w:t xml:space="preserve"> (</w:t>
      </w:r>
      <w:proofErr w:type="spellStart"/>
      <w:r w:rsidRPr="007C19A5">
        <w:rPr>
          <w:sz w:val="24"/>
          <w:lang w:val="pl-PL"/>
        </w:rPr>
        <w:t>vrátane</w:t>
      </w:r>
      <w:proofErr w:type="spellEnd"/>
      <w:r w:rsidRPr="007C19A5">
        <w:rPr>
          <w:sz w:val="24"/>
          <w:lang w:val="pl-PL"/>
        </w:rPr>
        <w:t xml:space="preserve"> PSČ): ......................................................................</w:t>
      </w:r>
    </w:p>
    <w:p w14:paraId="32A2ABFC" w14:textId="77777777" w:rsidR="00E55158" w:rsidRPr="007C19A5" w:rsidRDefault="00000000">
      <w:pPr>
        <w:rPr>
          <w:lang w:val="pl-PL"/>
        </w:rPr>
      </w:pPr>
      <w:proofErr w:type="spellStart"/>
      <w:r w:rsidRPr="007C19A5">
        <w:rPr>
          <w:sz w:val="24"/>
          <w:lang w:val="pl-PL"/>
        </w:rPr>
        <w:t>Telefón</w:t>
      </w:r>
      <w:proofErr w:type="spellEnd"/>
      <w:r w:rsidRPr="007C19A5">
        <w:rPr>
          <w:sz w:val="24"/>
          <w:lang w:val="pl-PL"/>
        </w:rPr>
        <w:t>: ......................................................................</w:t>
      </w:r>
    </w:p>
    <w:p w14:paraId="25ACC11C" w14:textId="77777777" w:rsidR="00E55158" w:rsidRDefault="00000000">
      <w:r>
        <w:rPr>
          <w:sz w:val="24"/>
        </w:rPr>
        <w:t>Mobil: ......................................................................</w:t>
      </w:r>
    </w:p>
    <w:p w14:paraId="6F790B7D" w14:textId="77777777" w:rsidR="00E55158" w:rsidRDefault="00000000">
      <w:r>
        <w:rPr>
          <w:sz w:val="24"/>
        </w:rPr>
        <w:t>Pracovný e-mail: ......................................................................</w:t>
      </w:r>
    </w:p>
    <w:p w14:paraId="11BA9CB8" w14:textId="77777777" w:rsidR="00E55158" w:rsidRDefault="00000000">
      <w:r>
        <w:rPr>
          <w:sz w:val="24"/>
        </w:rPr>
        <w:t>Súkromný e-mail: ......................................................................</w:t>
      </w:r>
    </w:p>
    <w:p w14:paraId="3F1AFE4F" w14:textId="439DE413" w:rsidR="00E55158" w:rsidRDefault="00000000">
      <w:r>
        <w:rPr>
          <w:sz w:val="24"/>
        </w:rPr>
        <w:t>Pracovné zaradenie: ..................................................................</w:t>
      </w:r>
      <w:r w:rsidR="007C19A5">
        <w:rPr>
          <w:sz w:val="24"/>
        </w:rPr>
        <w:t>.........................................</w:t>
      </w:r>
      <w:r>
        <w:rPr>
          <w:sz w:val="24"/>
        </w:rPr>
        <w:t>....</w:t>
      </w:r>
      <w:r w:rsidR="007C19A5">
        <w:rPr>
          <w:sz w:val="24"/>
        </w:rPr>
        <w:t>..</w:t>
      </w:r>
    </w:p>
    <w:p w14:paraId="099AF0C6" w14:textId="7E836520" w:rsidR="00E55158" w:rsidRDefault="00000000">
      <w:r>
        <w:rPr>
          <w:sz w:val="24"/>
        </w:rPr>
        <w:t>Odborné zameranie: ......................................................................</w:t>
      </w:r>
      <w:r w:rsidR="007C19A5">
        <w:rPr>
          <w:sz w:val="24"/>
        </w:rPr>
        <w:t>..........................................</w:t>
      </w:r>
    </w:p>
    <w:p w14:paraId="181387C4" w14:textId="1B43852C" w:rsidR="00E55158" w:rsidRDefault="00000000">
      <w:r>
        <w:br/>
        <w:t>Prihlasujem sa za člena/členku občianskeho združenia SLS a súhlasím s jeho stanovami.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E55158" w14:paraId="58E853F3" w14:textId="77777777">
        <w:tc>
          <w:tcPr>
            <w:tcW w:w="4320" w:type="dxa"/>
          </w:tcPr>
          <w:p w14:paraId="511AB90D" w14:textId="77777777" w:rsidR="007C19A5" w:rsidRDefault="007C19A5"/>
          <w:p w14:paraId="1493BDDF" w14:textId="77777777" w:rsidR="007C19A5" w:rsidRDefault="007C19A5"/>
          <w:p w14:paraId="404C27A5" w14:textId="093A1712" w:rsidR="00E55158" w:rsidRDefault="00000000">
            <w:r>
              <w:t>...............................................</w:t>
            </w:r>
            <w:r>
              <w:br/>
              <w:t>dátum</w:t>
            </w:r>
          </w:p>
        </w:tc>
        <w:tc>
          <w:tcPr>
            <w:tcW w:w="4320" w:type="dxa"/>
          </w:tcPr>
          <w:p w14:paraId="11C5AD9C" w14:textId="77777777" w:rsidR="007C19A5" w:rsidRDefault="007C19A5"/>
          <w:p w14:paraId="4BBA4078" w14:textId="77777777" w:rsidR="007C19A5" w:rsidRDefault="007C19A5"/>
          <w:p w14:paraId="4499BCAF" w14:textId="67A1F82A" w:rsidR="00E55158" w:rsidRDefault="00000000">
            <w:r>
              <w:t>............................................................</w:t>
            </w:r>
            <w:r>
              <w:br/>
              <w:t>podpis</w:t>
            </w:r>
          </w:p>
        </w:tc>
      </w:tr>
    </w:tbl>
    <w:p w14:paraId="63E96AF7" w14:textId="77777777" w:rsidR="001375FC" w:rsidRDefault="001375FC"/>
    <w:sectPr w:rsidR="001375F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9234032">
    <w:abstractNumId w:val="8"/>
  </w:num>
  <w:num w:numId="2" w16cid:durableId="1535268643">
    <w:abstractNumId w:val="6"/>
  </w:num>
  <w:num w:numId="3" w16cid:durableId="1222134649">
    <w:abstractNumId w:val="5"/>
  </w:num>
  <w:num w:numId="4" w16cid:durableId="1847279730">
    <w:abstractNumId w:val="4"/>
  </w:num>
  <w:num w:numId="5" w16cid:durableId="1437671604">
    <w:abstractNumId w:val="7"/>
  </w:num>
  <w:num w:numId="6" w16cid:durableId="657421693">
    <w:abstractNumId w:val="3"/>
  </w:num>
  <w:num w:numId="7" w16cid:durableId="1442337588">
    <w:abstractNumId w:val="2"/>
  </w:num>
  <w:num w:numId="8" w16cid:durableId="36243423">
    <w:abstractNumId w:val="1"/>
  </w:num>
  <w:num w:numId="9" w16cid:durableId="121261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75FC"/>
    <w:rsid w:val="0015074B"/>
    <w:rsid w:val="0029639D"/>
    <w:rsid w:val="00326F90"/>
    <w:rsid w:val="005C0B5C"/>
    <w:rsid w:val="007C19A5"/>
    <w:rsid w:val="00AA1D8D"/>
    <w:rsid w:val="00B47730"/>
    <w:rsid w:val="00CB0664"/>
    <w:rsid w:val="00DD736C"/>
    <w:rsid w:val="00E551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135DDE"/>
  <w14:defaultImageDpi w14:val="300"/>
  <w15:docId w15:val="{310F3F57-A5DE-413C-9862-46841FB9F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Ladislav Sopko</cp:lastModifiedBy>
  <cp:revision>3</cp:revision>
  <dcterms:created xsi:type="dcterms:W3CDTF">2025-04-13T13:23:00Z</dcterms:created>
  <dcterms:modified xsi:type="dcterms:W3CDTF">2025-04-13T13:24:00Z</dcterms:modified>
  <cp:category/>
</cp:coreProperties>
</file>