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F50D6" w14:textId="2596375A" w:rsidR="002A4B77" w:rsidRPr="002A4B77" w:rsidRDefault="002A4B77" w:rsidP="00B5659F">
      <w:pPr>
        <w:jc w:val="center"/>
        <w:rPr>
          <w:rFonts w:asciiTheme="majorHAnsi" w:eastAsiaTheme="majorEastAsia" w:hAnsiTheme="majorHAnsi" w:cstheme="majorHAnsi"/>
          <w:b/>
          <w:bCs/>
          <w:caps/>
          <w:sz w:val="28"/>
          <w:szCs w:val="24"/>
          <w:lang w:val="pl-PL"/>
        </w:rPr>
      </w:pPr>
      <w:r w:rsidRPr="002A4B77">
        <w:rPr>
          <w:rFonts w:asciiTheme="majorHAnsi" w:eastAsiaTheme="majorEastAsia" w:hAnsiTheme="majorHAnsi" w:cstheme="majorHAnsi"/>
          <w:b/>
          <w:bCs/>
          <w:caps/>
          <w:sz w:val="28"/>
          <w:szCs w:val="24"/>
          <w:lang w:val="pl-PL"/>
        </w:rPr>
        <w:t>Odporúčací formulár na DLI</w:t>
      </w:r>
      <w:r>
        <w:rPr>
          <w:rFonts w:asciiTheme="majorHAnsi" w:eastAsiaTheme="majorEastAsia" w:hAnsiTheme="majorHAnsi" w:cstheme="majorHAnsi"/>
          <w:b/>
          <w:bCs/>
          <w:caps/>
          <w:sz w:val="28"/>
          <w:szCs w:val="24"/>
          <w:lang w:val="pl-PL"/>
        </w:rPr>
        <w:t xml:space="preserve"> </w:t>
      </w:r>
    </w:p>
    <w:p w14:paraId="0D1DEF32" w14:textId="14921228" w:rsidR="00EC06B7" w:rsidRPr="007A08FE" w:rsidRDefault="00EA1C29" w:rsidP="00B5659F">
      <w:pPr>
        <w:jc w:val="center"/>
        <w:rPr>
          <w:rFonts w:asciiTheme="majorHAnsi" w:hAnsiTheme="majorHAnsi" w:cstheme="majorHAnsi"/>
          <w:sz w:val="24"/>
          <w:lang w:val="sk-SK"/>
        </w:rPr>
      </w:pPr>
      <w:r w:rsidRPr="007A08FE">
        <w:rPr>
          <w:rFonts w:asciiTheme="majorHAnsi" w:hAnsiTheme="majorHAnsi" w:cstheme="majorHAnsi"/>
          <w:sz w:val="24"/>
          <w:lang w:val="sk-SK"/>
        </w:rPr>
        <w:t xml:space="preserve">Klinika hematológie a transfuziológie LF UK a UNB, </w:t>
      </w:r>
      <w:proofErr w:type="spellStart"/>
      <w:r w:rsidRPr="007A08FE">
        <w:rPr>
          <w:rFonts w:asciiTheme="majorHAnsi" w:hAnsiTheme="majorHAnsi" w:cstheme="majorHAnsi"/>
          <w:sz w:val="24"/>
          <w:lang w:val="sk-SK"/>
        </w:rPr>
        <w:t>nem</w:t>
      </w:r>
      <w:proofErr w:type="spellEnd"/>
      <w:r w:rsidRPr="007A08FE">
        <w:rPr>
          <w:rFonts w:asciiTheme="majorHAnsi" w:hAnsiTheme="majorHAnsi" w:cstheme="majorHAnsi"/>
          <w:sz w:val="24"/>
          <w:lang w:val="sk-SK"/>
        </w:rPr>
        <w:t>. sv. Cyrila a</w:t>
      </w:r>
      <w:r w:rsidR="00443E8F" w:rsidRPr="007A08FE">
        <w:rPr>
          <w:rFonts w:asciiTheme="majorHAnsi" w:hAnsiTheme="majorHAnsi" w:cstheme="majorHAnsi"/>
          <w:sz w:val="24"/>
          <w:lang w:val="sk-SK"/>
        </w:rPr>
        <w:t> </w:t>
      </w:r>
      <w:r w:rsidRPr="007A08FE">
        <w:rPr>
          <w:rFonts w:asciiTheme="majorHAnsi" w:hAnsiTheme="majorHAnsi" w:cstheme="majorHAnsi"/>
          <w:sz w:val="24"/>
          <w:lang w:val="sk-SK"/>
        </w:rPr>
        <w:t>Metoda</w:t>
      </w:r>
      <w:r w:rsidR="00443E8F" w:rsidRPr="007A08FE">
        <w:rPr>
          <w:rFonts w:asciiTheme="majorHAnsi" w:hAnsiTheme="majorHAnsi" w:cstheme="majorHAnsi"/>
          <w:sz w:val="24"/>
          <w:lang w:val="sk-SK"/>
        </w:rPr>
        <w:br/>
      </w:r>
      <w:r w:rsidRPr="007A08FE">
        <w:rPr>
          <w:rFonts w:asciiTheme="majorHAnsi" w:hAnsiTheme="majorHAnsi" w:cstheme="majorHAnsi"/>
          <w:sz w:val="24"/>
          <w:lang w:val="sk-SK"/>
        </w:rPr>
        <w:t>Antolská 11, 851 07 Bratislava</w:t>
      </w:r>
      <w:r w:rsidR="00443E8F" w:rsidRPr="007A08FE">
        <w:rPr>
          <w:rFonts w:asciiTheme="majorHAnsi" w:hAnsiTheme="majorHAnsi" w:cstheme="majorHAnsi"/>
          <w:sz w:val="24"/>
          <w:lang w:val="sk-SK"/>
        </w:rPr>
        <w:br/>
      </w:r>
      <w:r w:rsidRPr="007A08FE">
        <w:rPr>
          <w:rFonts w:asciiTheme="majorHAnsi" w:hAnsiTheme="majorHAnsi" w:cstheme="majorHAnsi"/>
          <w:sz w:val="24"/>
          <w:lang w:val="sk-SK"/>
        </w:rPr>
        <w:t xml:space="preserve">Tel.: 02-6867 3580 | E-mail: </w:t>
      </w:r>
      <w:r w:rsidR="008E4D5C" w:rsidRPr="007A08FE">
        <w:rPr>
          <w:rFonts w:asciiTheme="majorHAnsi" w:hAnsiTheme="majorHAnsi" w:cstheme="majorHAnsi"/>
          <w:sz w:val="24"/>
          <w:lang w:val="sk-SK"/>
        </w:rPr>
        <w:t>skbmdr@pe.unb.sk, sopko@pe.unb.sk</w:t>
      </w:r>
    </w:p>
    <w:p w14:paraId="506E1041" w14:textId="77777777" w:rsidR="00EC06B7" w:rsidRPr="001E7E9E" w:rsidRDefault="00EA1C29" w:rsidP="00AF38D6">
      <w:pPr>
        <w:pStyle w:val="Nadpis2"/>
        <w:spacing w:before="360" w:after="100" w:afterAutospacing="1"/>
        <w:rPr>
          <w:rFonts w:cstheme="majorHAnsi"/>
          <w:caps/>
          <w:color w:val="auto"/>
          <w:lang w:val="sk-SK"/>
        </w:rPr>
      </w:pPr>
      <w:r w:rsidRPr="001E7E9E">
        <w:rPr>
          <w:rFonts w:cstheme="majorHAnsi"/>
          <w:caps/>
          <w:color w:val="auto"/>
          <w:lang w:val="sk-SK"/>
        </w:rPr>
        <w:t>1. Údaje o pacientovi</w:t>
      </w:r>
    </w:p>
    <w:p w14:paraId="488843BB" w14:textId="373CD722" w:rsidR="007A08FE" w:rsidRPr="007A08FE" w:rsidRDefault="00EA1C29" w:rsidP="00443E8F">
      <w:pPr>
        <w:spacing w:after="120"/>
        <w:rPr>
          <w:rFonts w:asciiTheme="majorHAnsi" w:hAnsiTheme="majorHAnsi" w:cstheme="majorHAnsi"/>
          <w:b/>
          <w:sz w:val="24"/>
          <w:szCs w:val="24"/>
          <w:lang w:val="sk-SK"/>
        </w:rPr>
      </w:pPr>
      <w:r w:rsidRPr="007A08FE">
        <w:rPr>
          <w:rFonts w:asciiTheme="majorHAnsi" w:hAnsiTheme="majorHAnsi" w:cstheme="majorHAnsi"/>
          <w:sz w:val="24"/>
          <w:szCs w:val="24"/>
          <w:lang w:val="sk-SK"/>
        </w:rPr>
        <w:t>Meno a priezvisko:</w:t>
      </w:r>
      <w:r w:rsidR="00443E8F" w:rsidRPr="007A08FE">
        <w:rPr>
          <w:rFonts w:asciiTheme="majorHAnsi" w:hAnsiTheme="majorHAnsi" w:cstheme="majorHAnsi"/>
          <w:b/>
          <w:sz w:val="24"/>
          <w:szCs w:val="24"/>
          <w:lang w:val="sk-SK"/>
        </w:rPr>
        <w:t xml:space="preserve"> </w:t>
      </w:r>
      <w:r w:rsidR="00B70EE8" w:rsidRPr="007A08FE">
        <w:rPr>
          <w:rFonts w:asciiTheme="majorHAnsi" w:hAnsiTheme="majorHAnsi" w:cstheme="majorHAnsi"/>
          <w:b/>
          <w:sz w:val="24"/>
          <w:szCs w:val="24"/>
          <w:lang w:val="sk-SK"/>
        </w:rPr>
        <w:t>___</w:t>
      </w:r>
      <w:r w:rsidR="007A08FE">
        <w:rPr>
          <w:rFonts w:asciiTheme="majorHAnsi" w:hAnsiTheme="majorHAnsi" w:cstheme="majorHAnsi"/>
          <w:b/>
          <w:sz w:val="24"/>
          <w:szCs w:val="24"/>
          <w:lang w:val="sk-SK"/>
        </w:rPr>
        <w:t>_______________________________________</w:t>
      </w:r>
      <w:r w:rsidR="00C11E4D" w:rsidRPr="007A08FE">
        <w:rPr>
          <w:rFonts w:asciiTheme="majorHAnsi" w:hAnsiTheme="majorHAnsi" w:cstheme="majorHAnsi"/>
          <w:b/>
          <w:sz w:val="24"/>
          <w:szCs w:val="24"/>
          <w:lang w:val="sk-SK"/>
        </w:rPr>
        <w:tab/>
      </w:r>
      <w:r w:rsidR="00C11E4D" w:rsidRPr="007A08FE">
        <w:rPr>
          <w:rFonts w:asciiTheme="majorHAnsi" w:hAnsiTheme="majorHAnsi" w:cstheme="majorHAnsi"/>
          <w:b/>
          <w:sz w:val="24"/>
          <w:szCs w:val="24"/>
          <w:lang w:val="sk-SK"/>
        </w:rPr>
        <w:tab/>
      </w:r>
    </w:p>
    <w:p w14:paraId="29726535" w14:textId="56681210" w:rsidR="00443E8F" w:rsidRPr="007A08FE" w:rsidRDefault="00C11E4D" w:rsidP="00443E8F">
      <w:pPr>
        <w:spacing w:after="120"/>
        <w:rPr>
          <w:rFonts w:asciiTheme="majorHAnsi" w:hAnsiTheme="majorHAnsi" w:cstheme="majorHAnsi"/>
          <w:b/>
          <w:sz w:val="24"/>
          <w:szCs w:val="24"/>
          <w:lang w:val="sk-SK"/>
        </w:rPr>
      </w:pPr>
      <w:r w:rsidRPr="007A08FE">
        <w:rPr>
          <w:rFonts w:asciiTheme="majorHAnsi" w:hAnsiTheme="majorHAnsi" w:cstheme="majorHAnsi"/>
          <w:sz w:val="24"/>
          <w:szCs w:val="24"/>
          <w:lang w:val="sk-SK"/>
        </w:rPr>
        <w:t>Rodné číslo:</w:t>
      </w:r>
      <w:r w:rsidRPr="007A08FE">
        <w:rPr>
          <w:rFonts w:asciiTheme="majorHAnsi" w:hAnsiTheme="majorHAnsi" w:cstheme="majorHAnsi"/>
          <w:b/>
          <w:sz w:val="24"/>
          <w:szCs w:val="24"/>
          <w:lang w:val="sk-SK"/>
        </w:rPr>
        <w:t xml:space="preserve"> ___</w:t>
      </w:r>
      <w:r w:rsidR="007A08FE">
        <w:rPr>
          <w:rFonts w:asciiTheme="majorHAnsi" w:hAnsiTheme="majorHAnsi" w:cstheme="majorHAnsi"/>
          <w:b/>
          <w:sz w:val="24"/>
          <w:szCs w:val="24"/>
          <w:lang w:val="sk-SK"/>
        </w:rPr>
        <w:t>__________/__________</w:t>
      </w:r>
      <w:r w:rsidR="00F8354A" w:rsidRPr="007A08FE">
        <w:rPr>
          <w:rFonts w:asciiTheme="majorHAnsi" w:hAnsiTheme="majorHAnsi" w:cstheme="majorHAnsi"/>
          <w:b/>
          <w:sz w:val="24"/>
          <w:szCs w:val="24"/>
          <w:lang w:val="sk-SK"/>
        </w:rPr>
        <w:tab/>
      </w:r>
      <w:r w:rsidR="007A08FE" w:rsidRPr="007A08FE">
        <w:rPr>
          <w:rFonts w:asciiTheme="majorHAnsi" w:hAnsiTheme="majorHAnsi" w:cstheme="majorHAnsi"/>
          <w:b/>
          <w:sz w:val="24"/>
          <w:szCs w:val="24"/>
          <w:lang w:val="sk-SK"/>
        </w:rPr>
        <w:tab/>
      </w:r>
      <w:r w:rsidR="007A08FE" w:rsidRPr="007A08FE">
        <w:rPr>
          <w:rFonts w:asciiTheme="majorHAnsi" w:hAnsiTheme="majorHAnsi" w:cstheme="majorHAnsi"/>
          <w:b/>
          <w:sz w:val="24"/>
          <w:szCs w:val="24"/>
          <w:lang w:val="sk-SK"/>
        </w:rPr>
        <w:tab/>
      </w:r>
      <w:r w:rsidR="007A08FE" w:rsidRPr="007A08FE">
        <w:rPr>
          <w:rFonts w:asciiTheme="majorHAnsi" w:hAnsiTheme="majorHAnsi" w:cstheme="majorHAnsi"/>
          <w:b/>
          <w:sz w:val="24"/>
          <w:szCs w:val="24"/>
          <w:lang w:val="sk-SK"/>
        </w:rPr>
        <w:tab/>
      </w:r>
      <w:r w:rsidRPr="007A08FE">
        <w:rPr>
          <w:rFonts w:asciiTheme="majorHAnsi" w:hAnsiTheme="majorHAnsi" w:cstheme="majorHAnsi"/>
          <w:sz w:val="24"/>
          <w:szCs w:val="24"/>
          <w:lang w:val="sk-SK"/>
        </w:rPr>
        <w:t>ZP:</w:t>
      </w:r>
      <w:r w:rsidRPr="007A08FE">
        <w:rPr>
          <w:rFonts w:asciiTheme="majorHAnsi" w:hAnsiTheme="majorHAnsi" w:cstheme="majorHAnsi"/>
          <w:b/>
          <w:sz w:val="24"/>
          <w:szCs w:val="24"/>
          <w:lang w:val="sk-SK"/>
        </w:rPr>
        <w:t xml:space="preserve"> ___</w:t>
      </w:r>
    </w:p>
    <w:p w14:paraId="24A162B2" w14:textId="07EAE906" w:rsidR="00EC06B7" w:rsidRPr="007A08FE" w:rsidRDefault="00F8354A" w:rsidP="00443E8F">
      <w:pPr>
        <w:spacing w:after="120"/>
        <w:rPr>
          <w:rFonts w:asciiTheme="majorHAnsi" w:hAnsiTheme="majorHAnsi" w:cstheme="majorHAnsi"/>
          <w:b/>
          <w:sz w:val="24"/>
          <w:szCs w:val="24"/>
          <w:lang w:val="sk-SK"/>
        </w:rPr>
      </w:pPr>
      <w:r w:rsidRPr="007A08FE">
        <w:rPr>
          <w:rFonts w:asciiTheme="majorHAnsi" w:hAnsiTheme="majorHAnsi" w:cstheme="majorHAnsi"/>
          <w:sz w:val="24"/>
          <w:szCs w:val="24"/>
          <w:lang w:val="sk-SK"/>
        </w:rPr>
        <w:t>Kontaktné údaje (tel., e-mail):</w:t>
      </w:r>
      <w:r w:rsidRPr="007A08FE">
        <w:rPr>
          <w:rFonts w:asciiTheme="majorHAnsi" w:hAnsiTheme="majorHAnsi" w:cstheme="majorHAnsi"/>
          <w:b/>
          <w:sz w:val="24"/>
          <w:szCs w:val="24"/>
          <w:lang w:val="sk-SK"/>
        </w:rPr>
        <w:t xml:space="preserve"> ___</w:t>
      </w:r>
    </w:p>
    <w:p w14:paraId="5E54023B" w14:textId="59FA458C" w:rsidR="00443E8F" w:rsidRPr="007A08FE" w:rsidRDefault="008E4D5C" w:rsidP="00443E8F">
      <w:pPr>
        <w:spacing w:after="120"/>
        <w:rPr>
          <w:rFonts w:asciiTheme="majorHAnsi" w:hAnsiTheme="majorHAnsi" w:cstheme="majorHAnsi"/>
          <w:b/>
          <w:sz w:val="24"/>
          <w:szCs w:val="24"/>
          <w:lang w:val="sk-SK"/>
        </w:rPr>
      </w:pPr>
      <w:r w:rsidRPr="007A08FE">
        <w:rPr>
          <w:rFonts w:asciiTheme="majorHAnsi" w:hAnsiTheme="majorHAnsi" w:cstheme="majorHAnsi"/>
          <w:sz w:val="24"/>
          <w:szCs w:val="24"/>
          <w:lang w:val="sk-SK"/>
        </w:rPr>
        <w:t>Aktuálna v</w:t>
      </w:r>
      <w:r w:rsidR="00EB171F" w:rsidRPr="007A08FE">
        <w:rPr>
          <w:rFonts w:asciiTheme="majorHAnsi" w:hAnsiTheme="majorHAnsi" w:cstheme="majorHAnsi"/>
          <w:sz w:val="24"/>
          <w:szCs w:val="24"/>
          <w:lang w:val="sk-SK"/>
        </w:rPr>
        <w:t>ýška a</w:t>
      </w:r>
      <w:r w:rsidR="00443E8F" w:rsidRPr="007A08FE">
        <w:rPr>
          <w:rFonts w:asciiTheme="majorHAnsi" w:hAnsiTheme="majorHAnsi" w:cstheme="majorHAnsi"/>
          <w:sz w:val="24"/>
          <w:szCs w:val="24"/>
          <w:lang w:val="sk-SK"/>
        </w:rPr>
        <w:t> </w:t>
      </w:r>
      <w:r w:rsidR="00EB171F" w:rsidRPr="007A08FE">
        <w:rPr>
          <w:rFonts w:asciiTheme="majorHAnsi" w:hAnsiTheme="majorHAnsi" w:cstheme="majorHAnsi"/>
          <w:sz w:val="24"/>
          <w:szCs w:val="24"/>
          <w:lang w:val="sk-SK"/>
        </w:rPr>
        <w:t>váha</w:t>
      </w:r>
      <w:r w:rsidR="00443E8F" w:rsidRPr="007A08FE">
        <w:rPr>
          <w:rFonts w:asciiTheme="majorHAnsi" w:hAnsiTheme="majorHAnsi" w:cstheme="majorHAnsi"/>
          <w:sz w:val="24"/>
          <w:szCs w:val="24"/>
          <w:lang w:val="sk-SK"/>
        </w:rPr>
        <w:t>:</w:t>
      </w:r>
      <w:r w:rsidR="00B70EE8" w:rsidRPr="007A08FE">
        <w:rPr>
          <w:rFonts w:asciiTheme="majorHAnsi" w:hAnsiTheme="majorHAnsi" w:cstheme="majorHAnsi"/>
          <w:b/>
          <w:sz w:val="24"/>
          <w:szCs w:val="24"/>
          <w:lang w:val="sk-SK"/>
        </w:rPr>
        <w:tab/>
        <w:t>___</w:t>
      </w:r>
      <w:r w:rsidR="00B70EE8" w:rsidRPr="007A08FE">
        <w:rPr>
          <w:rFonts w:asciiTheme="majorHAnsi" w:hAnsiTheme="majorHAnsi" w:cstheme="majorHAnsi"/>
          <w:b/>
          <w:sz w:val="24"/>
          <w:szCs w:val="24"/>
          <w:lang w:val="sk-SK"/>
        </w:rPr>
        <w:tab/>
      </w:r>
      <w:r w:rsidR="007A08FE" w:rsidRPr="007A08FE">
        <w:rPr>
          <w:rFonts w:asciiTheme="majorHAnsi" w:hAnsiTheme="majorHAnsi" w:cstheme="majorHAnsi"/>
          <w:b/>
          <w:sz w:val="24"/>
          <w:szCs w:val="24"/>
          <w:lang w:val="sk-SK"/>
        </w:rPr>
        <w:tab/>
      </w:r>
      <w:r w:rsidR="007A08FE" w:rsidRPr="007A08FE">
        <w:rPr>
          <w:rFonts w:asciiTheme="majorHAnsi" w:hAnsiTheme="majorHAnsi" w:cstheme="majorHAnsi"/>
          <w:b/>
          <w:sz w:val="24"/>
          <w:szCs w:val="24"/>
          <w:lang w:val="sk-SK"/>
        </w:rPr>
        <w:tab/>
      </w:r>
      <w:r w:rsidR="007A08FE" w:rsidRPr="007A08FE">
        <w:rPr>
          <w:rFonts w:asciiTheme="majorHAnsi" w:hAnsiTheme="majorHAnsi" w:cstheme="majorHAnsi"/>
          <w:b/>
          <w:sz w:val="24"/>
          <w:szCs w:val="24"/>
          <w:lang w:val="sk-SK"/>
        </w:rPr>
        <w:tab/>
      </w:r>
    </w:p>
    <w:p w14:paraId="6810F6B3" w14:textId="25D06814" w:rsidR="00657765" w:rsidRPr="00657765" w:rsidRDefault="00657765" w:rsidP="00657765">
      <w:pPr>
        <w:rPr>
          <w:rFonts w:asciiTheme="majorHAnsi" w:hAnsiTheme="majorHAnsi" w:cstheme="majorHAnsi"/>
          <w:sz w:val="24"/>
          <w:szCs w:val="24"/>
          <w:lang w:val="sk-SK"/>
        </w:rPr>
      </w:pPr>
      <w:r w:rsidRPr="00657765">
        <w:rPr>
          <w:rFonts w:asciiTheme="majorHAnsi" w:hAnsiTheme="majorHAnsi" w:cstheme="majorHAnsi"/>
          <w:sz w:val="24"/>
          <w:szCs w:val="24"/>
          <w:lang w:val="sk-SK"/>
        </w:rPr>
        <w:t xml:space="preserve">Dátum alogénnej Tx: </w:t>
      </w:r>
      <w:r w:rsidRPr="007A08FE">
        <w:rPr>
          <w:rFonts w:asciiTheme="majorHAnsi" w:hAnsiTheme="majorHAnsi" w:cstheme="majorHAnsi"/>
          <w:b/>
          <w:sz w:val="24"/>
          <w:szCs w:val="24"/>
          <w:lang w:val="sk-SK"/>
        </w:rPr>
        <w:t>___</w:t>
      </w:r>
      <w:r>
        <w:rPr>
          <w:rFonts w:asciiTheme="majorHAnsi" w:hAnsiTheme="majorHAnsi" w:cstheme="majorHAnsi"/>
          <w:b/>
          <w:sz w:val="24"/>
          <w:szCs w:val="24"/>
          <w:lang w:val="sk-SK"/>
        </w:rPr>
        <w:t>__________________</w:t>
      </w:r>
      <w:r w:rsidRPr="007A08FE">
        <w:rPr>
          <w:rFonts w:asciiTheme="majorHAnsi" w:hAnsiTheme="majorHAnsi" w:cstheme="majorHAnsi"/>
          <w:b/>
          <w:sz w:val="24"/>
          <w:szCs w:val="24"/>
          <w:lang w:val="sk-SK"/>
        </w:rPr>
        <w:tab/>
      </w:r>
    </w:p>
    <w:p w14:paraId="40013355" w14:textId="2FF9D77A" w:rsidR="008A533B" w:rsidRPr="00657765" w:rsidRDefault="00EA1C29" w:rsidP="00657765">
      <w:pPr>
        <w:rPr>
          <w:b/>
          <w:bCs/>
          <w:lang w:val="sk-SK"/>
        </w:rPr>
      </w:pPr>
      <w:r w:rsidRPr="00657765">
        <w:rPr>
          <w:b/>
          <w:bCs/>
          <w:lang w:val="sk-SK"/>
        </w:rPr>
        <w:t xml:space="preserve">2. </w:t>
      </w:r>
      <w:r w:rsidR="002A4B77">
        <w:rPr>
          <w:b/>
          <w:bCs/>
          <w:lang w:val="sk-SK"/>
        </w:rPr>
        <w:t>DRUH TRANSPLANTÁCIE</w:t>
      </w:r>
    </w:p>
    <w:p w14:paraId="091B1435" w14:textId="47359A83" w:rsidR="008A533B" w:rsidRPr="007A08FE" w:rsidRDefault="002B3F96" w:rsidP="008A533B">
      <w:pPr>
        <w:rPr>
          <w:rFonts w:asciiTheme="majorHAnsi" w:hAnsiTheme="majorHAnsi" w:cstheme="majorHAnsi"/>
          <w:spacing w:val="-5"/>
          <w:sz w:val="24"/>
          <w:szCs w:val="24"/>
          <w:lang w:val="sk-SK"/>
        </w:rPr>
      </w:pPr>
      <w:r w:rsidRPr="007A08FE">
        <w:rPr>
          <w:rFonts w:ascii="Wingdings" w:hAnsi="Wingdings"/>
          <w:position w:val="1"/>
          <w:lang w:val="sk-SK"/>
        </w:rPr>
        <w:t></w:t>
      </w:r>
      <w:r w:rsidRPr="007A08FE">
        <w:rPr>
          <w:rFonts w:asciiTheme="majorHAnsi" w:hAnsiTheme="majorHAnsi" w:cstheme="majorHAnsi"/>
          <w:spacing w:val="-5"/>
          <w:sz w:val="24"/>
          <w:szCs w:val="24"/>
          <w:lang w:val="sk-SK"/>
        </w:rPr>
        <w:t xml:space="preserve"> </w:t>
      </w:r>
      <w:proofErr w:type="spellStart"/>
      <w:r w:rsidR="000E7A47" w:rsidRPr="007A08FE">
        <w:rPr>
          <w:rFonts w:asciiTheme="majorHAnsi" w:hAnsiTheme="majorHAnsi" w:cstheme="majorHAnsi"/>
          <w:spacing w:val="-5"/>
          <w:sz w:val="24"/>
          <w:szCs w:val="24"/>
          <w:lang w:val="sk-SK"/>
        </w:rPr>
        <w:t>sibling</w:t>
      </w:r>
      <w:proofErr w:type="spellEnd"/>
      <w:r w:rsidRPr="007A08FE">
        <w:rPr>
          <w:rFonts w:asciiTheme="majorHAnsi" w:hAnsiTheme="majorHAnsi" w:cstheme="majorHAnsi"/>
          <w:spacing w:val="-5"/>
          <w:sz w:val="24"/>
          <w:szCs w:val="24"/>
          <w:lang w:val="sk-SK"/>
        </w:rPr>
        <w:br/>
      </w:r>
      <w:r w:rsidRPr="007A08FE">
        <w:rPr>
          <w:rFonts w:ascii="Wingdings" w:hAnsi="Wingdings"/>
          <w:position w:val="1"/>
          <w:lang w:val="sk-SK"/>
        </w:rPr>
        <w:t></w:t>
      </w:r>
      <w:r w:rsidRPr="007A08FE">
        <w:rPr>
          <w:rFonts w:asciiTheme="majorHAnsi" w:hAnsiTheme="majorHAnsi" w:cstheme="majorHAnsi"/>
          <w:spacing w:val="-5"/>
          <w:sz w:val="24"/>
          <w:szCs w:val="24"/>
          <w:lang w:val="sk-SK"/>
        </w:rPr>
        <w:t xml:space="preserve"> </w:t>
      </w:r>
      <w:r w:rsidR="000E7A47" w:rsidRPr="007A08FE">
        <w:rPr>
          <w:rFonts w:asciiTheme="majorHAnsi" w:hAnsiTheme="majorHAnsi" w:cstheme="majorHAnsi"/>
          <w:spacing w:val="-5"/>
          <w:sz w:val="24"/>
          <w:szCs w:val="24"/>
          <w:lang w:val="sk-SK"/>
        </w:rPr>
        <w:t>MUD</w:t>
      </w:r>
      <w:r w:rsidR="00C057F6" w:rsidRPr="007A08FE">
        <w:rPr>
          <w:rFonts w:asciiTheme="majorHAnsi" w:hAnsiTheme="majorHAnsi" w:cstheme="majorHAnsi"/>
          <w:spacing w:val="-5"/>
          <w:sz w:val="24"/>
          <w:szCs w:val="24"/>
          <w:lang w:val="sk-SK"/>
        </w:rPr>
        <w:t xml:space="preserve"> </w:t>
      </w:r>
      <w:r w:rsidRPr="007A08FE">
        <w:rPr>
          <w:rFonts w:asciiTheme="majorHAnsi" w:hAnsiTheme="majorHAnsi" w:cstheme="majorHAnsi"/>
          <w:spacing w:val="-5"/>
          <w:sz w:val="24"/>
          <w:szCs w:val="24"/>
          <w:lang w:val="sk-SK"/>
        </w:rPr>
        <w:br/>
      </w:r>
      <w:r w:rsidR="00C057F6" w:rsidRPr="007A08FE">
        <w:rPr>
          <w:rFonts w:ascii="Wingdings" w:hAnsi="Wingdings"/>
          <w:position w:val="1"/>
          <w:lang w:val="sk-SK"/>
        </w:rPr>
        <w:t></w:t>
      </w:r>
      <w:r w:rsidR="00C057F6" w:rsidRPr="007A08FE">
        <w:rPr>
          <w:rFonts w:asciiTheme="majorHAnsi" w:hAnsiTheme="majorHAnsi" w:cstheme="majorHAnsi"/>
          <w:spacing w:val="-5"/>
          <w:sz w:val="24"/>
          <w:szCs w:val="24"/>
          <w:lang w:val="sk-SK"/>
        </w:rPr>
        <w:t xml:space="preserve"> </w:t>
      </w:r>
      <w:proofErr w:type="spellStart"/>
      <w:r w:rsidR="00C057F6" w:rsidRPr="007A08FE">
        <w:rPr>
          <w:rFonts w:asciiTheme="majorHAnsi" w:hAnsiTheme="majorHAnsi" w:cstheme="majorHAnsi"/>
          <w:spacing w:val="-5"/>
          <w:sz w:val="24"/>
          <w:szCs w:val="24"/>
          <w:lang w:val="sk-SK"/>
        </w:rPr>
        <w:t>haploidentická</w:t>
      </w:r>
      <w:proofErr w:type="spellEnd"/>
      <w:r w:rsidR="00C057F6" w:rsidRPr="007A08FE">
        <w:rPr>
          <w:rFonts w:asciiTheme="majorHAnsi" w:hAnsiTheme="majorHAnsi" w:cstheme="majorHAnsi"/>
          <w:spacing w:val="-5"/>
          <w:sz w:val="24"/>
          <w:szCs w:val="24"/>
          <w:lang w:val="sk-SK"/>
        </w:rPr>
        <w:t xml:space="preserve"> </w:t>
      </w:r>
      <w:r w:rsidR="00C057F6" w:rsidRPr="007A08FE">
        <w:rPr>
          <w:rFonts w:asciiTheme="majorHAnsi" w:hAnsiTheme="majorHAnsi" w:cstheme="majorHAnsi"/>
          <w:i/>
          <w:spacing w:val="-5"/>
          <w:sz w:val="24"/>
          <w:szCs w:val="24"/>
          <w:lang w:val="sk-SK"/>
        </w:rPr>
        <w:t>(</w:t>
      </w:r>
      <w:r w:rsidR="00C057F6" w:rsidRPr="007A08FE">
        <w:rPr>
          <w:rFonts w:asciiTheme="majorHAnsi" w:hAnsiTheme="majorHAnsi" w:cstheme="majorHAnsi"/>
          <w:i/>
          <w:sz w:val="24"/>
          <w:szCs w:val="24"/>
          <w:lang w:val="sk-SK"/>
        </w:rPr>
        <w:t>uviesť vzťah - napr. brat, sestra, otec, syn):</w:t>
      </w:r>
    </w:p>
    <w:p w14:paraId="6EE2DDF0" w14:textId="3324756D" w:rsidR="008B22FD" w:rsidRPr="001E7E9E" w:rsidRDefault="008A533B" w:rsidP="00AF38D6">
      <w:pPr>
        <w:pStyle w:val="Nadpis2"/>
        <w:spacing w:after="100" w:afterAutospacing="1"/>
        <w:rPr>
          <w:rFonts w:cstheme="majorHAnsi"/>
          <w:caps/>
          <w:color w:val="auto"/>
          <w:lang w:val="sk-SK"/>
        </w:rPr>
      </w:pPr>
      <w:r>
        <w:rPr>
          <w:rFonts w:cstheme="majorHAnsi"/>
          <w:caps/>
          <w:color w:val="auto"/>
          <w:lang w:val="sk-SK"/>
        </w:rPr>
        <w:t xml:space="preserve">3. </w:t>
      </w:r>
      <w:r w:rsidR="00657765">
        <w:rPr>
          <w:rFonts w:cstheme="majorHAnsi"/>
          <w:caps/>
          <w:color w:val="auto"/>
          <w:lang w:val="sk-SK"/>
        </w:rPr>
        <w:t>INDIKÁCIA NA DLI</w:t>
      </w:r>
    </w:p>
    <w:p w14:paraId="47E928A3" w14:textId="77777777" w:rsidR="00657765" w:rsidRDefault="00657765" w:rsidP="007D766B">
      <w:pPr>
        <w:rPr>
          <w:rFonts w:asciiTheme="majorHAnsi" w:hAnsiTheme="majorHAnsi" w:cstheme="majorHAnsi"/>
          <w:sz w:val="24"/>
          <w:szCs w:val="24"/>
          <w:lang w:val="sk-SK"/>
        </w:rPr>
      </w:pPr>
      <w:r w:rsidRPr="00657765">
        <w:rPr>
          <w:rFonts w:ascii="Segoe UI Symbol" w:hAnsi="Segoe UI Symbol" w:cs="Segoe UI Symbol"/>
          <w:sz w:val="24"/>
          <w:szCs w:val="24"/>
          <w:lang w:val="sk-SK"/>
        </w:rPr>
        <w:t>☐</w:t>
      </w:r>
      <w:r w:rsidRPr="00657765">
        <w:rPr>
          <w:rFonts w:asciiTheme="majorHAnsi" w:hAnsiTheme="majorHAnsi" w:cstheme="majorHAnsi"/>
          <w:sz w:val="24"/>
          <w:szCs w:val="24"/>
          <w:lang w:val="sk-SK"/>
        </w:rPr>
        <w:t xml:space="preserve"> Profylaktické podanie</w:t>
      </w:r>
      <w:r w:rsidRPr="00657765">
        <w:rPr>
          <w:rFonts w:asciiTheme="majorHAnsi" w:hAnsiTheme="majorHAnsi" w:cstheme="majorHAnsi"/>
          <w:sz w:val="24"/>
          <w:szCs w:val="24"/>
          <w:lang w:val="sk-SK"/>
        </w:rPr>
        <w:br/>
      </w:r>
      <w:r w:rsidRPr="00657765">
        <w:rPr>
          <w:rFonts w:ascii="Segoe UI Symbol" w:hAnsi="Segoe UI Symbol" w:cs="Segoe UI Symbol"/>
          <w:sz w:val="24"/>
          <w:szCs w:val="24"/>
          <w:lang w:val="sk-SK"/>
        </w:rPr>
        <w:t>☐</w:t>
      </w:r>
      <w:r w:rsidRPr="00657765">
        <w:rPr>
          <w:rFonts w:asciiTheme="majorHAnsi" w:hAnsiTheme="majorHAnsi" w:cstheme="majorHAnsi"/>
          <w:sz w:val="24"/>
          <w:szCs w:val="24"/>
          <w:lang w:val="sk-SK"/>
        </w:rPr>
        <w:t xml:space="preserve"> Pre pokles </w:t>
      </w:r>
      <w:proofErr w:type="spellStart"/>
      <w:r w:rsidRPr="00657765">
        <w:rPr>
          <w:rFonts w:asciiTheme="majorHAnsi" w:hAnsiTheme="majorHAnsi" w:cstheme="majorHAnsi"/>
          <w:sz w:val="24"/>
          <w:szCs w:val="24"/>
          <w:lang w:val="sk-SK"/>
        </w:rPr>
        <w:t>darcovskej</w:t>
      </w:r>
      <w:proofErr w:type="spellEnd"/>
      <w:r w:rsidRPr="00657765">
        <w:rPr>
          <w:rFonts w:asciiTheme="majorHAnsi" w:hAnsiTheme="majorHAnsi" w:cstheme="majorHAnsi"/>
          <w:sz w:val="24"/>
          <w:szCs w:val="24"/>
          <w:lang w:val="sk-SK"/>
        </w:rPr>
        <w:t xml:space="preserve"> chim</w:t>
      </w:r>
      <w:r w:rsidRPr="00657765">
        <w:rPr>
          <w:rFonts w:ascii="Calibri" w:hAnsi="Calibri" w:cs="Calibri"/>
          <w:sz w:val="24"/>
          <w:szCs w:val="24"/>
          <w:lang w:val="sk-SK"/>
        </w:rPr>
        <w:t>é</w:t>
      </w:r>
      <w:r w:rsidRPr="00657765">
        <w:rPr>
          <w:rFonts w:asciiTheme="majorHAnsi" w:hAnsiTheme="majorHAnsi" w:cstheme="majorHAnsi"/>
          <w:sz w:val="24"/>
          <w:szCs w:val="24"/>
          <w:lang w:val="sk-SK"/>
        </w:rPr>
        <w:t>ry</w:t>
      </w:r>
      <w:r w:rsidRPr="00657765">
        <w:rPr>
          <w:rFonts w:asciiTheme="majorHAnsi" w:hAnsiTheme="majorHAnsi" w:cstheme="majorHAnsi"/>
          <w:sz w:val="24"/>
          <w:szCs w:val="24"/>
          <w:lang w:val="sk-SK"/>
        </w:rPr>
        <w:br/>
      </w:r>
      <w:r w:rsidRPr="00657765">
        <w:rPr>
          <w:rFonts w:ascii="Segoe UI Symbol" w:hAnsi="Segoe UI Symbol" w:cs="Segoe UI Symbol"/>
          <w:sz w:val="24"/>
          <w:szCs w:val="24"/>
          <w:lang w:val="sk-SK"/>
        </w:rPr>
        <w:t>☐</w:t>
      </w:r>
      <w:r w:rsidRPr="00657765">
        <w:rPr>
          <w:rFonts w:asciiTheme="majorHAnsi" w:hAnsiTheme="majorHAnsi" w:cstheme="majorHAnsi"/>
          <w:sz w:val="24"/>
          <w:szCs w:val="24"/>
          <w:lang w:val="sk-SK"/>
        </w:rPr>
        <w:t xml:space="preserve"> Pre relaps ochorenia</w:t>
      </w:r>
    </w:p>
    <w:p w14:paraId="074B298C" w14:textId="77777777" w:rsidR="00657765" w:rsidRPr="00657765" w:rsidRDefault="00657765" w:rsidP="00657765">
      <w:pPr>
        <w:rPr>
          <w:rFonts w:asciiTheme="majorHAnsi" w:hAnsiTheme="majorHAnsi" w:cstheme="majorHAnsi"/>
          <w:b/>
          <w:bCs/>
          <w:sz w:val="24"/>
          <w:szCs w:val="24"/>
          <w:lang w:val="sk-SK"/>
        </w:rPr>
      </w:pPr>
      <w:r w:rsidRPr="00657765">
        <w:rPr>
          <w:rFonts w:asciiTheme="majorHAnsi" w:hAnsiTheme="majorHAnsi" w:cstheme="majorHAnsi"/>
          <w:b/>
          <w:bCs/>
          <w:sz w:val="24"/>
          <w:szCs w:val="24"/>
          <w:lang w:val="sk-SK"/>
        </w:rPr>
        <w:t>Ak relaps, špecifikovať:</w:t>
      </w:r>
    </w:p>
    <w:p w14:paraId="6985938F" w14:textId="3A60462D" w:rsidR="00657765" w:rsidRPr="00657765" w:rsidRDefault="00657765" w:rsidP="00657765">
      <w:pPr>
        <w:rPr>
          <w:rFonts w:asciiTheme="majorHAnsi" w:hAnsiTheme="majorHAnsi" w:cstheme="majorHAnsi"/>
          <w:sz w:val="24"/>
          <w:szCs w:val="24"/>
          <w:lang w:val="sk-SK"/>
        </w:rPr>
      </w:pPr>
      <w:r w:rsidRPr="00657765">
        <w:rPr>
          <w:rFonts w:ascii="Segoe UI Symbol" w:hAnsi="Segoe UI Symbol" w:cs="Segoe UI Symbol"/>
          <w:sz w:val="24"/>
          <w:szCs w:val="24"/>
          <w:lang w:val="sk-SK"/>
        </w:rPr>
        <w:t>☐</w:t>
      </w:r>
      <w:r w:rsidRPr="00657765">
        <w:rPr>
          <w:rFonts w:asciiTheme="majorHAnsi" w:hAnsiTheme="majorHAnsi" w:cstheme="majorHAnsi"/>
          <w:sz w:val="24"/>
          <w:szCs w:val="24"/>
          <w:lang w:val="sk-SK"/>
        </w:rPr>
        <w:t xml:space="preserve"> Molekulový relaps </w:t>
      </w:r>
      <w:r w:rsidRPr="00657765">
        <w:rPr>
          <w:rFonts w:asciiTheme="majorHAnsi" w:hAnsiTheme="majorHAnsi" w:cstheme="majorHAnsi"/>
          <w:sz w:val="24"/>
          <w:szCs w:val="24"/>
          <w:lang w:val="sk-SK"/>
        </w:rPr>
        <w:br/>
      </w:r>
      <w:r w:rsidRPr="00657765">
        <w:rPr>
          <w:rFonts w:ascii="Segoe UI Symbol" w:hAnsi="Segoe UI Symbol" w:cs="Segoe UI Symbol"/>
          <w:sz w:val="24"/>
          <w:szCs w:val="24"/>
          <w:lang w:val="sk-SK"/>
        </w:rPr>
        <w:t>☐</w:t>
      </w:r>
      <w:r w:rsidRPr="00657765">
        <w:rPr>
          <w:rFonts w:asciiTheme="majorHAnsi" w:hAnsiTheme="majorHAnsi" w:cstheme="majorHAnsi"/>
          <w:sz w:val="24"/>
          <w:szCs w:val="24"/>
          <w:lang w:val="sk-SK"/>
        </w:rPr>
        <w:t xml:space="preserve"> </w:t>
      </w:r>
      <w:proofErr w:type="spellStart"/>
      <w:r w:rsidR="002A4B77" w:rsidRPr="00657765">
        <w:rPr>
          <w:rFonts w:asciiTheme="majorHAnsi" w:hAnsiTheme="majorHAnsi" w:cstheme="majorHAnsi"/>
          <w:sz w:val="24"/>
          <w:szCs w:val="24"/>
          <w:lang w:val="sk-SK"/>
        </w:rPr>
        <w:t>Cytogenetick</w:t>
      </w:r>
      <w:r w:rsidR="002A4B77" w:rsidRPr="00657765">
        <w:rPr>
          <w:rFonts w:ascii="Calibri" w:hAnsi="Calibri" w:cs="Calibri"/>
          <w:sz w:val="24"/>
          <w:szCs w:val="24"/>
          <w:lang w:val="sk-SK"/>
        </w:rPr>
        <w:t>ý</w:t>
      </w:r>
      <w:proofErr w:type="spellEnd"/>
      <w:r w:rsidR="002A4B77" w:rsidRPr="00657765">
        <w:rPr>
          <w:rFonts w:asciiTheme="majorHAnsi" w:hAnsiTheme="majorHAnsi" w:cstheme="majorHAnsi"/>
          <w:sz w:val="24"/>
          <w:szCs w:val="24"/>
          <w:lang w:val="sk-SK"/>
        </w:rPr>
        <w:t xml:space="preserve"> relaps</w:t>
      </w:r>
      <w:r w:rsidR="002A4B77" w:rsidRPr="00657765">
        <w:rPr>
          <w:rFonts w:asciiTheme="majorHAnsi" w:hAnsiTheme="majorHAnsi" w:cstheme="majorHAnsi"/>
          <w:sz w:val="24"/>
          <w:szCs w:val="24"/>
          <w:lang w:val="sk-SK"/>
        </w:rPr>
        <w:t xml:space="preserve"> </w:t>
      </w:r>
      <w:r w:rsidRPr="00657765">
        <w:rPr>
          <w:rFonts w:asciiTheme="majorHAnsi" w:hAnsiTheme="majorHAnsi" w:cstheme="majorHAnsi"/>
          <w:sz w:val="24"/>
          <w:szCs w:val="24"/>
          <w:lang w:val="sk-SK"/>
        </w:rPr>
        <w:br/>
      </w:r>
      <w:r w:rsidRPr="00657765">
        <w:rPr>
          <w:rFonts w:ascii="Segoe UI Symbol" w:hAnsi="Segoe UI Symbol" w:cs="Segoe UI Symbol"/>
          <w:sz w:val="24"/>
          <w:szCs w:val="24"/>
          <w:lang w:val="sk-SK"/>
        </w:rPr>
        <w:t>☐</w:t>
      </w:r>
      <w:r w:rsidRPr="00657765">
        <w:rPr>
          <w:rFonts w:asciiTheme="majorHAnsi" w:hAnsiTheme="majorHAnsi" w:cstheme="majorHAnsi"/>
          <w:sz w:val="24"/>
          <w:szCs w:val="24"/>
          <w:lang w:val="sk-SK"/>
        </w:rPr>
        <w:t xml:space="preserve"> </w:t>
      </w:r>
      <w:proofErr w:type="spellStart"/>
      <w:r w:rsidR="002A4B77" w:rsidRPr="00657765">
        <w:rPr>
          <w:rFonts w:asciiTheme="majorHAnsi" w:hAnsiTheme="majorHAnsi" w:cstheme="majorHAnsi"/>
          <w:sz w:val="24"/>
          <w:szCs w:val="24"/>
          <w:lang w:val="sk-SK"/>
        </w:rPr>
        <w:t>Flow-cytometrick</w:t>
      </w:r>
      <w:r w:rsidR="002A4B77" w:rsidRPr="00657765">
        <w:rPr>
          <w:rFonts w:ascii="Calibri" w:hAnsi="Calibri" w:cs="Calibri"/>
          <w:sz w:val="24"/>
          <w:szCs w:val="24"/>
          <w:lang w:val="sk-SK"/>
        </w:rPr>
        <w:t>ý</w:t>
      </w:r>
      <w:proofErr w:type="spellEnd"/>
      <w:r w:rsidR="002A4B77" w:rsidRPr="00657765">
        <w:rPr>
          <w:rFonts w:asciiTheme="majorHAnsi" w:hAnsiTheme="majorHAnsi" w:cstheme="majorHAnsi"/>
          <w:sz w:val="24"/>
          <w:szCs w:val="24"/>
          <w:lang w:val="sk-SK"/>
        </w:rPr>
        <w:t xml:space="preserve"> relaps</w:t>
      </w:r>
      <w:r w:rsidRPr="00657765">
        <w:rPr>
          <w:rFonts w:asciiTheme="majorHAnsi" w:hAnsiTheme="majorHAnsi" w:cstheme="majorHAnsi"/>
          <w:sz w:val="24"/>
          <w:szCs w:val="24"/>
          <w:lang w:val="sk-SK"/>
        </w:rPr>
        <w:br/>
      </w:r>
      <w:r w:rsidRPr="00657765">
        <w:rPr>
          <w:rFonts w:ascii="Segoe UI Symbol" w:hAnsi="Segoe UI Symbol" w:cs="Segoe UI Symbol"/>
          <w:sz w:val="24"/>
          <w:szCs w:val="24"/>
          <w:lang w:val="sk-SK"/>
        </w:rPr>
        <w:t>☐</w:t>
      </w:r>
      <w:r w:rsidRPr="00657765">
        <w:rPr>
          <w:rFonts w:asciiTheme="majorHAnsi" w:hAnsiTheme="majorHAnsi" w:cstheme="majorHAnsi"/>
          <w:sz w:val="24"/>
          <w:szCs w:val="24"/>
          <w:lang w:val="sk-SK"/>
        </w:rPr>
        <w:t xml:space="preserve"> Morfologick</w:t>
      </w:r>
      <w:r w:rsidRPr="00657765">
        <w:rPr>
          <w:rFonts w:ascii="Calibri" w:hAnsi="Calibri" w:cs="Calibri"/>
          <w:sz w:val="24"/>
          <w:szCs w:val="24"/>
          <w:lang w:val="sk-SK"/>
        </w:rPr>
        <w:t>ý</w:t>
      </w:r>
      <w:r w:rsidRPr="00657765">
        <w:rPr>
          <w:rFonts w:asciiTheme="majorHAnsi" w:hAnsiTheme="majorHAnsi" w:cstheme="majorHAnsi"/>
          <w:sz w:val="24"/>
          <w:szCs w:val="24"/>
          <w:lang w:val="sk-SK"/>
        </w:rPr>
        <w:t xml:space="preserve"> relaps</w:t>
      </w:r>
    </w:p>
    <w:p w14:paraId="447ABB87" w14:textId="77777777" w:rsidR="00657765" w:rsidRPr="00657765" w:rsidRDefault="00657765" w:rsidP="00657765">
      <w:pPr>
        <w:rPr>
          <w:rFonts w:asciiTheme="majorHAnsi" w:hAnsiTheme="majorHAnsi" w:cstheme="majorHAnsi"/>
          <w:sz w:val="24"/>
          <w:szCs w:val="24"/>
          <w:lang w:val="sk-SK"/>
        </w:rPr>
      </w:pPr>
      <w:r w:rsidRPr="00657765">
        <w:rPr>
          <w:rFonts w:asciiTheme="majorHAnsi" w:hAnsiTheme="majorHAnsi" w:cstheme="majorHAnsi"/>
          <w:sz w:val="24"/>
          <w:szCs w:val="24"/>
          <w:lang w:val="sk-SK"/>
        </w:rPr>
        <w:t>Popis aktuálneho nálezu (dátum, metóda, hodnota):</w:t>
      </w:r>
    </w:p>
    <w:p w14:paraId="4B529146" w14:textId="419D1FA3" w:rsidR="00657765" w:rsidRPr="001E7E9E" w:rsidRDefault="00657765" w:rsidP="00657765">
      <w:pPr>
        <w:pStyle w:val="Nadpis2"/>
        <w:spacing w:after="100" w:afterAutospacing="1"/>
        <w:rPr>
          <w:rFonts w:cstheme="majorHAnsi"/>
          <w:caps/>
          <w:color w:val="auto"/>
          <w:lang w:val="sk-SK"/>
        </w:rPr>
      </w:pPr>
      <w:r>
        <w:rPr>
          <w:rFonts w:cstheme="majorHAnsi"/>
          <w:caps/>
          <w:color w:val="auto"/>
          <w:lang w:val="sk-SK"/>
        </w:rPr>
        <w:lastRenderedPageBreak/>
        <w:t>4</w:t>
      </w:r>
      <w:r>
        <w:rPr>
          <w:rFonts w:cstheme="majorHAnsi"/>
          <w:caps/>
          <w:color w:val="auto"/>
          <w:lang w:val="sk-SK"/>
        </w:rPr>
        <w:t xml:space="preserve">. </w:t>
      </w:r>
      <w:r>
        <w:rPr>
          <w:rFonts w:cstheme="majorHAnsi"/>
          <w:caps/>
          <w:color w:val="auto"/>
          <w:lang w:val="sk-SK"/>
        </w:rPr>
        <w:t>CHIMÉRIZMUS</w:t>
      </w:r>
    </w:p>
    <w:p w14:paraId="54C8B892" w14:textId="5167B053" w:rsidR="00657765" w:rsidRDefault="00657765" w:rsidP="007D766B">
      <w:pPr>
        <w:rPr>
          <w:rFonts w:asciiTheme="majorHAnsi" w:hAnsiTheme="majorHAnsi" w:cstheme="majorHAnsi"/>
          <w:sz w:val="24"/>
          <w:szCs w:val="24"/>
          <w:lang w:val="sk-SK"/>
        </w:rPr>
      </w:pPr>
      <w:r w:rsidRPr="00657765">
        <w:rPr>
          <w:rFonts w:asciiTheme="majorHAnsi" w:hAnsiTheme="majorHAnsi" w:cstheme="majorHAnsi"/>
          <w:sz w:val="24"/>
          <w:szCs w:val="24"/>
          <w:lang w:val="sk-SK"/>
        </w:rPr>
        <w:t>Posledný dostupný výsledok:</w:t>
      </w:r>
      <w:r w:rsidRPr="00657765">
        <w:rPr>
          <w:rFonts w:asciiTheme="majorHAnsi" w:hAnsiTheme="majorHAnsi" w:cstheme="majorHAnsi"/>
          <w:sz w:val="24"/>
          <w:szCs w:val="24"/>
          <w:lang w:val="sk-SK"/>
        </w:rPr>
        <w:br/>
        <w:t>Dátum: __________</w:t>
      </w:r>
      <w:r w:rsidRPr="00657765">
        <w:rPr>
          <w:rFonts w:asciiTheme="majorHAnsi" w:hAnsiTheme="majorHAnsi" w:cstheme="majorHAnsi"/>
          <w:sz w:val="24"/>
          <w:szCs w:val="24"/>
          <w:lang w:val="sk-SK"/>
        </w:rPr>
        <w:br/>
        <w:t xml:space="preserve">% </w:t>
      </w:r>
      <w:proofErr w:type="spellStart"/>
      <w:r w:rsidRPr="00657765">
        <w:rPr>
          <w:rFonts w:asciiTheme="majorHAnsi" w:hAnsiTheme="majorHAnsi" w:cstheme="majorHAnsi"/>
          <w:sz w:val="24"/>
          <w:szCs w:val="24"/>
          <w:lang w:val="sk-SK"/>
        </w:rPr>
        <w:t>darcovskej</w:t>
      </w:r>
      <w:proofErr w:type="spellEnd"/>
      <w:r w:rsidRPr="00657765">
        <w:rPr>
          <w:rFonts w:asciiTheme="majorHAnsi" w:hAnsiTheme="majorHAnsi" w:cstheme="majorHAnsi"/>
          <w:sz w:val="24"/>
          <w:szCs w:val="24"/>
          <w:lang w:val="sk-SK"/>
        </w:rPr>
        <w:t xml:space="preserve"> chiméry (celková): __________</w:t>
      </w:r>
    </w:p>
    <w:p w14:paraId="09E7A5DD" w14:textId="1D49E2B4" w:rsidR="00657765" w:rsidRPr="00657765" w:rsidRDefault="00657765" w:rsidP="007D766B">
      <w:pPr>
        <w:rPr>
          <w:rFonts w:asciiTheme="majorHAnsi" w:hAnsiTheme="majorHAnsi" w:cstheme="majorHAnsi"/>
          <w:sz w:val="24"/>
          <w:szCs w:val="24"/>
          <w:lang w:val="sk-SK"/>
        </w:rPr>
      </w:pPr>
      <w:r w:rsidRPr="00657765">
        <w:rPr>
          <w:rFonts w:asciiTheme="majorHAnsi" w:hAnsiTheme="majorHAnsi" w:cstheme="majorHAnsi"/>
          <w:sz w:val="24"/>
          <w:szCs w:val="24"/>
          <w:lang w:val="sk-SK"/>
        </w:rPr>
        <w:t>Trend (stabilný / klesajúci / zmiešaná chiméra): __________</w:t>
      </w:r>
    </w:p>
    <w:p w14:paraId="176098CE" w14:textId="23234B54" w:rsidR="00657765" w:rsidRDefault="00657765" w:rsidP="00657765">
      <w:pPr>
        <w:pStyle w:val="Nadpis2"/>
        <w:spacing w:after="100" w:afterAutospacing="1"/>
        <w:rPr>
          <w:rFonts w:cstheme="majorHAnsi"/>
          <w:caps/>
          <w:color w:val="auto"/>
          <w:lang w:val="sk-SK"/>
        </w:rPr>
      </w:pPr>
      <w:r>
        <w:rPr>
          <w:rFonts w:cstheme="majorHAnsi"/>
          <w:caps/>
          <w:color w:val="auto"/>
          <w:lang w:val="sk-SK"/>
        </w:rPr>
        <w:t>5</w:t>
      </w:r>
      <w:r>
        <w:rPr>
          <w:rFonts w:cstheme="majorHAnsi"/>
          <w:caps/>
          <w:color w:val="auto"/>
          <w:lang w:val="sk-SK"/>
        </w:rPr>
        <w:t xml:space="preserve">. </w:t>
      </w:r>
      <w:r>
        <w:rPr>
          <w:rFonts w:cstheme="majorHAnsi"/>
          <w:caps/>
          <w:color w:val="auto"/>
          <w:lang w:val="sk-SK"/>
        </w:rPr>
        <w:t>AKTUáLNY STAV PACIENTA</w:t>
      </w:r>
    </w:p>
    <w:p w14:paraId="20FA3F5A" w14:textId="77777777" w:rsidR="00657765" w:rsidRPr="00657765" w:rsidRDefault="00657765" w:rsidP="00657765">
      <w:pPr>
        <w:rPr>
          <w:lang w:val="sk-SK"/>
        </w:rPr>
      </w:pPr>
      <w:r w:rsidRPr="00657765">
        <w:rPr>
          <w:lang w:val="sk-SK"/>
        </w:rPr>
        <w:t>Prítomnosť GVHD:</w:t>
      </w:r>
      <w:r w:rsidRPr="00657765">
        <w:rPr>
          <w:lang w:val="sk-SK"/>
        </w:rPr>
        <w:br/>
      </w:r>
      <w:r w:rsidRPr="00657765">
        <w:rPr>
          <w:rFonts w:ascii="Segoe UI Symbol" w:hAnsi="Segoe UI Symbol" w:cs="Segoe UI Symbol"/>
          <w:lang w:val="sk-SK"/>
        </w:rPr>
        <w:t>☐</w:t>
      </w:r>
      <w:r w:rsidRPr="00657765">
        <w:rPr>
          <w:lang w:val="sk-SK"/>
        </w:rPr>
        <w:t xml:space="preserve"> nie</w:t>
      </w:r>
      <w:r w:rsidRPr="00657765">
        <w:rPr>
          <w:lang w:val="sk-SK"/>
        </w:rPr>
        <w:br/>
      </w:r>
      <w:r w:rsidRPr="00657765">
        <w:rPr>
          <w:rFonts w:ascii="Segoe UI Symbol" w:hAnsi="Segoe UI Symbol" w:cs="Segoe UI Symbol"/>
          <w:lang w:val="sk-SK"/>
        </w:rPr>
        <w:t>☐</w:t>
      </w:r>
      <w:r w:rsidRPr="00657765">
        <w:rPr>
          <w:lang w:val="sk-SK"/>
        </w:rPr>
        <w:t xml:space="preserve"> áno – špecifikovať typ a stupeň: __________________</w:t>
      </w:r>
    </w:p>
    <w:p w14:paraId="3B5D321E" w14:textId="77777777" w:rsidR="00657765" w:rsidRPr="00657765" w:rsidRDefault="00657765" w:rsidP="00657765">
      <w:pPr>
        <w:rPr>
          <w:lang w:val="sk-SK"/>
        </w:rPr>
      </w:pPr>
      <w:r w:rsidRPr="00657765">
        <w:rPr>
          <w:lang w:val="sk-SK"/>
        </w:rPr>
        <w:t xml:space="preserve">Aktuálna </w:t>
      </w:r>
      <w:proofErr w:type="spellStart"/>
      <w:r w:rsidRPr="00657765">
        <w:rPr>
          <w:lang w:val="sk-SK"/>
        </w:rPr>
        <w:t>imunosupresia</w:t>
      </w:r>
      <w:proofErr w:type="spellEnd"/>
      <w:r w:rsidRPr="00657765">
        <w:rPr>
          <w:lang w:val="sk-SK"/>
        </w:rPr>
        <w:t>: __________________</w:t>
      </w:r>
    </w:p>
    <w:p w14:paraId="01587B40" w14:textId="77777777" w:rsidR="00657765" w:rsidRPr="00657765" w:rsidRDefault="00657765" w:rsidP="00657765">
      <w:pPr>
        <w:rPr>
          <w:lang w:val="sk-SK"/>
        </w:rPr>
      </w:pPr>
      <w:r w:rsidRPr="00657765">
        <w:rPr>
          <w:lang w:val="sk-SK"/>
        </w:rPr>
        <w:t>Výkonnostný stav (ECOG): ______</w:t>
      </w:r>
    </w:p>
    <w:p w14:paraId="3A7CEB44" w14:textId="5D256515" w:rsidR="00657765" w:rsidRPr="00657765" w:rsidRDefault="00657765" w:rsidP="00657765">
      <w:pPr>
        <w:rPr>
          <w:lang w:val="sk-SK"/>
        </w:rPr>
      </w:pPr>
      <w:r w:rsidRPr="00657765">
        <w:rPr>
          <w:lang w:val="sk-SK"/>
        </w:rPr>
        <w:t xml:space="preserve">Stručná </w:t>
      </w:r>
      <w:proofErr w:type="spellStart"/>
      <w:r w:rsidRPr="00657765">
        <w:rPr>
          <w:lang w:val="sk-SK"/>
        </w:rPr>
        <w:t>epikríza</w:t>
      </w:r>
      <w:proofErr w:type="spellEnd"/>
      <w:r w:rsidRPr="00657765">
        <w:rPr>
          <w:lang w:val="sk-SK"/>
        </w:rPr>
        <w:t xml:space="preserve"> + doterajší manažment relapsu:</w:t>
      </w:r>
    </w:p>
    <w:p w14:paraId="7CEA7266" w14:textId="77777777" w:rsidR="002A4B77" w:rsidRDefault="002A4B77" w:rsidP="002A4B77">
      <w:pPr>
        <w:rPr>
          <w:rFonts w:asciiTheme="majorHAnsi" w:hAnsiTheme="majorHAnsi" w:cstheme="majorHAnsi"/>
          <w:b/>
          <w:bCs/>
          <w:sz w:val="28"/>
          <w:szCs w:val="28"/>
          <w:lang w:val="sk-SK"/>
        </w:rPr>
      </w:pPr>
    </w:p>
    <w:p w14:paraId="5FCCB895" w14:textId="77777777" w:rsidR="002A4B77" w:rsidRDefault="002A4B77" w:rsidP="002A4B77">
      <w:pPr>
        <w:rPr>
          <w:rFonts w:asciiTheme="majorHAnsi" w:hAnsiTheme="majorHAnsi" w:cstheme="majorHAnsi"/>
          <w:b/>
          <w:bCs/>
          <w:sz w:val="28"/>
          <w:szCs w:val="28"/>
          <w:lang w:val="sk-SK"/>
        </w:rPr>
      </w:pPr>
    </w:p>
    <w:p w14:paraId="6A5FAE23" w14:textId="4933B5A8" w:rsidR="002A4B77" w:rsidRPr="002A4B77" w:rsidRDefault="002A4B77" w:rsidP="002A4B77">
      <w:pPr>
        <w:rPr>
          <w:rFonts w:asciiTheme="majorHAnsi" w:hAnsiTheme="majorHAnsi" w:cstheme="majorHAnsi"/>
          <w:b/>
          <w:bCs/>
          <w:sz w:val="28"/>
          <w:szCs w:val="28"/>
          <w:lang w:val="sk-SK"/>
        </w:rPr>
      </w:pPr>
      <w:r w:rsidRPr="002A4B77">
        <w:rPr>
          <w:rFonts w:asciiTheme="majorHAnsi" w:hAnsiTheme="majorHAnsi" w:cstheme="majorHAnsi"/>
          <w:b/>
          <w:bCs/>
          <w:sz w:val="28"/>
          <w:szCs w:val="28"/>
          <w:lang w:val="sk-SK"/>
        </w:rPr>
        <w:t>6. NAVRHOVANÁ DÁVKA DLI</w:t>
      </w:r>
    </w:p>
    <w:p w14:paraId="1A685CA4" w14:textId="77777777" w:rsidR="002A4B77" w:rsidRPr="002A4B77" w:rsidRDefault="002A4B77" w:rsidP="002A4B77">
      <w:pPr>
        <w:rPr>
          <w:lang w:val="sk-SK"/>
        </w:rPr>
      </w:pPr>
      <w:r w:rsidRPr="002A4B77">
        <w:rPr>
          <w:lang w:val="sk-SK"/>
        </w:rPr>
        <w:t>Plánovaná dávka CD3+ buniek: __________ x10⁶/kg</w:t>
      </w:r>
    </w:p>
    <w:p w14:paraId="30B6AFAF" w14:textId="77777777" w:rsidR="002A4B77" w:rsidRPr="002A4B77" w:rsidRDefault="002A4B77" w:rsidP="002A4B77">
      <w:pPr>
        <w:rPr>
          <w:lang w:val="sk-SK"/>
        </w:rPr>
      </w:pPr>
      <w:r w:rsidRPr="002A4B77">
        <w:rPr>
          <w:lang w:val="sk-SK"/>
        </w:rPr>
        <w:t>Plán:</w:t>
      </w:r>
      <w:r w:rsidRPr="002A4B77">
        <w:rPr>
          <w:lang w:val="sk-SK"/>
        </w:rPr>
        <w:br/>
      </w:r>
      <w:r w:rsidRPr="002A4B77">
        <w:rPr>
          <w:rFonts w:ascii="Segoe UI Symbol" w:hAnsi="Segoe UI Symbol" w:cs="Segoe UI Symbol"/>
          <w:lang w:val="sk-SK"/>
        </w:rPr>
        <w:t>☐</w:t>
      </w:r>
      <w:r w:rsidRPr="002A4B77">
        <w:rPr>
          <w:lang w:val="sk-SK"/>
        </w:rPr>
        <w:t xml:space="preserve"> Jednorazov</w:t>
      </w:r>
      <w:r w:rsidRPr="002A4B77">
        <w:rPr>
          <w:rFonts w:ascii="Cambria" w:hAnsi="Cambria" w:cs="Cambria"/>
          <w:lang w:val="sk-SK"/>
        </w:rPr>
        <w:t>é</w:t>
      </w:r>
      <w:r w:rsidRPr="002A4B77">
        <w:rPr>
          <w:lang w:val="sk-SK"/>
        </w:rPr>
        <w:t xml:space="preserve"> podanie</w:t>
      </w:r>
      <w:r w:rsidRPr="002A4B77">
        <w:rPr>
          <w:lang w:val="sk-SK"/>
        </w:rPr>
        <w:br/>
      </w:r>
      <w:r w:rsidRPr="002A4B77">
        <w:rPr>
          <w:rFonts w:ascii="Segoe UI Symbol" w:hAnsi="Segoe UI Symbol" w:cs="Segoe UI Symbol"/>
          <w:lang w:val="sk-SK"/>
        </w:rPr>
        <w:t>☐</w:t>
      </w:r>
      <w:r w:rsidRPr="002A4B77">
        <w:rPr>
          <w:lang w:val="sk-SK"/>
        </w:rPr>
        <w:t xml:space="preserve"> Eskala</w:t>
      </w:r>
      <w:r w:rsidRPr="002A4B77">
        <w:rPr>
          <w:rFonts w:ascii="Cambria" w:hAnsi="Cambria" w:cs="Cambria"/>
          <w:lang w:val="sk-SK"/>
        </w:rPr>
        <w:t>č</w:t>
      </w:r>
      <w:r w:rsidRPr="002A4B77">
        <w:rPr>
          <w:lang w:val="sk-SK"/>
        </w:rPr>
        <w:t>n</w:t>
      </w:r>
      <w:r w:rsidRPr="002A4B77">
        <w:rPr>
          <w:rFonts w:ascii="Cambria" w:hAnsi="Cambria" w:cs="Cambria"/>
          <w:lang w:val="sk-SK"/>
        </w:rPr>
        <w:t>ý</w:t>
      </w:r>
      <w:r w:rsidRPr="002A4B77">
        <w:rPr>
          <w:lang w:val="sk-SK"/>
        </w:rPr>
        <w:t xml:space="preserve"> protokol</w:t>
      </w:r>
    </w:p>
    <w:p w14:paraId="6B7E9793" w14:textId="77777777" w:rsidR="002A4B77" w:rsidRPr="002A4B77" w:rsidRDefault="002A4B77" w:rsidP="002A4B77">
      <w:pPr>
        <w:rPr>
          <w:lang w:val="sk-SK"/>
        </w:rPr>
      </w:pPr>
      <w:r w:rsidRPr="002A4B77">
        <w:rPr>
          <w:lang w:val="sk-SK"/>
        </w:rPr>
        <w:t>Navrhovaný termín realizácie: __________________</w:t>
      </w:r>
    </w:p>
    <w:p w14:paraId="7820CA84" w14:textId="389213A0" w:rsidR="00AD2699" w:rsidRPr="007A08FE" w:rsidRDefault="00AD2699" w:rsidP="00CD7E0C">
      <w:pPr>
        <w:rPr>
          <w:rFonts w:asciiTheme="majorHAnsi" w:hAnsiTheme="majorHAnsi" w:cstheme="majorHAnsi"/>
          <w:b/>
          <w:sz w:val="24"/>
          <w:szCs w:val="24"/>
          <w:lang w:val="sk-SK"/>
        </w:rPr>
      </w:pPr>
      <w:r w:rsidRPr="007A08FE">
        <w:rPr>
          <w:rFonts w:asciiTheme="majorHAnsi" w:hAnsiTheme="majorHAnsi" w:cstheme="majorHAnsi"/>
          <w:sz w:val="24"/>
          <w:szCs w:val="24"/>
          <w:lang w:val="sk-SK"/>
        </w:rPr>
        <w:t xml:space="preserve">Meno a priezvisko </w:t>
      </w:r>
      <w:r w:rsidR="00996534" w:rsidRPr="007A08FE">
        <w:rPr>
          <w:rFonts w:asciiTheme="majorHAnsi" w:hAnsiTheme="majorHAnsi" w:cstheme="majorHAnsi"/>
          <w:sz w:val="24"/>
          <w:szCs w:val="24"/>
          <w:lang w:val="sk-SK"/>
        </w:rPr>
        <w:t xml:space="preserve">odosielajúceho </w:t>
      </w:r>
      <w:r w:rsidRPr="007A08FE">
        <w:rPr>
          <w:rFonts w:asciiTheme="majorHAnsi" w:hAnsiTheme="majorHAnsi" w:cstheme="majorHAnsi"/>
          <w:sz w:val="24"/>
          <w:szCs w:val="24"/>
          <w:lang w:val="sk-SK"/>
        </w:rPr>
        <w:t>lekára:</w:t>
      </w:r>
      <w:r w:rsidRPr="007A08FE">
        <w:rPr>
          <w:rFonts w:asciiTheme="majorHAnsi" w:hAnsiTheme="majorHAnsi" w:cstheme="majorHAnsi"/>
          <w:b/>
          <w:sz w:val="24"/>
          <w:szCs w:val="24"/>
          <w:lang w:val="sk-SK"/>
        </w:rPr>
        <w:t xml:space="preserve"> </w:t>
      </w:r>
      <w:r w:rsidR="00AF38D6" w:rsidRPr="007A08FE">
        <w:rPr>
          <w:rFonts w:asciiTheme="majorHAnsi" w:hAnsiTheme="majorHAnsi" w:cstheme="majorHAnsi"/>
          <w:b/>
          <w:sz w:val="24"/>
          <w:szCs w:val="24"/>
          <w:lang w:val="sk-SK"/>
        </w:rPr>
        <w:t>___</w:t>
      </w:r>
      <w:r w:rsidR="00CD7E0C" w:rsidRPr="007A08FE">
        <w:rPr>
          <w:rFonts w:asciiTheme="majorHAnsi" w:hAnsiTheme="majorHAnsi" w:cstheme="majorHAnsi"/>
          <w:b/>
          <w:sz w:val="24"/>
          <w:szCs w:val="24"/>
          <w:lang w:val="sk-SK"/>
        </w:rPr>
        <w:br/>
      </w:r>
    </w:p>
    <w:p w14:paraId="1D061CF8" w14:textId="77777777" w:rsidR="00996534" w:rsidRPr="007A08FE" w:rsidRDefault="00996534" w:rsidP="00996534">
      <w:pPr>
        <w:rPr>
          <w:rFonts w:asciiTheme="majorHAnsi" w:hAnsiTheme="majorHAnsi" w:cstheme="majorHAnsi"/>
          <w:b/>
          <w:sz w:val="24"/>
          <w:szCs w:val="24"/>
          <w:lang w:val="sk-SK"/>
        </w:rPr>
      </w:pPr>
      <w:r w:rsidRPr="007A08FE">
        <w:rPr>
          <w:rFonts w:asciiTheme="majorHAnsi" w:hAnsiTheme="majorHAnsi" w:cstheme="majorHAnsi"/>
          <w:sz w:val="24"/>
          <w:szCs w:val="24"/>
          <w:lang w:val="sk-SK"/>
        </w:rPr>
        <w:t>Kontakt (telefón, e-mail):</w:t>
      </w:r>
      <w:r w:rsidRPr="007A08FE">
        <w:rPr>
          <w:rFonts w:asciiTheme="majorHAnsi" w:hAnsiTheme="majorHAnsi" w:cstheme="majorHAnsi"/>
          <w:b/>
          <w:sz w:val="24"/>
          <w:szCs w:val="24"/>
          <w:lang w:val="sk-SK"/>
        </w:rPr>
        <w:t xml:space="preserve"> ___</w:t>
      </w:r>
    </w:p>
    <w:p w14:paraId="0E92290B" w14:textId="77777777" w:rsidR="00CD7E0C" w:rsidRPr="007A08FE" w:rsidRDefault="000229D3" w:rsidP="00AD2699">
      <w:pPr>
        <w:rPr>
          <w:rFonts w:asciiTheme="majorHAnsi" w:hAnsiTheme="majorHAnsi" w:cstheme="majorHAnsi"/>
          <w:b/>
          <w:sz w:val="24"/>
          <w:szCs w:val="24"/>
          <w:lang w:val="sk-SK"/>
        </w:rPr>
      </w:pPr>
      <w:r w:rsidRPr="007A08FE">
        <w:rPr>
          <w:rFonts w:asciiTheme="majorHAnsi" w:hAnsiTheme="majorHAnsi" w:cstheme="majorHAnsi"/>
          <w:sz w:val="24"/>
          <w:szCs w:val="24"/>
          <w:lang w:val="sk-SK"/>
        </w:rPr>
        <w:t>Pracovisko</w:t>
      </w:r>
      <w:r w:rsidR="00AD2699" w:rsidRPr="007A08FE">
        <w:rPr>
          <w:rFonts w:asciiTheme="majorHAnsi" w:hAnsiTheme="majorHAnsi" w:cstheme="majorHAnsi"/>
          <w:sz w:val="24"/>
          <w:szCs w:val="24"/>
          <w:lang w:val="sk-SK"/>
        </w:rPr>
        <w:t>:</w:t>
      </w:r>
      <w:r w:rsidR="00CD7E0C" w:rsidRPr="007A08FE">
        <w:rPr>
          <w:rFonts w:asciiTheme="majorHAnsi" w:hAnsiTheme="majorHAnsi" w:cstheme="majorHAnsi"/>
          <w:b/>
          <w:sz w:val="24"/>
          <w:szCs w:val="24"/>
          <w:lang w:val="sk-SK"/>
        </w:rPr>
        <w:t xml:space="preserve"> ___</w:t>
      </w:r>
    </w:p>
    <w:p w14:paraId="183D4166" w14:textId="77777777" w:rsidR="00AD2699" w:rsidRPr="007A08FE" w:rsidRDefault="00AD2699" w:rsidP="00AD2699">
      <w:pPr>
        <w:rPr>
          <w:rFonts w:asciiTheme="majorHAnsi" w:hAnsiTheme="majorHAnsi" w:cstheme="majorHAnsi"/>
          <w:sz w:val="24"/>
          <w:szCs w:val="24"/>
          <w:lang w:val="sk-SK"/>
        </w:rPr>
      </w:pPr>
      <w:r w:rsidRPr="007A08FE">
        <w:rPr>
          <w:rFonts w:asciiTheme="majorHAnsi" w:hAnsiTheme="majorHAnsi" w:cstheme="majorHAnsi"/>
          <w:sz w:val="24"/>
          <w:szCs w:val="24"/>
          <w:lang w:val="sk-SK"/>
        </w:rPr>
        <w:t>Dátum: ___________________________       Podpis: ___________________________</w:t>
      </w:r>
    </w:p>
    <w:p w14:paraId="01029497" w14:textId="17F17806" w:rsidR="001A563B" w:rsidRPr="001E7E9E" w:rsidRDefault="002A4B77" w:rsidP="00AF38D6">
      <w:pPr>
        <w:pStyle w:val="Nadpis2"/>
        <w:spacing w:before="100" w:beforeAutospacing="1" w:after="100" w:afterAutospacing="1"/>
        <w:rPr>
          <w:rFonts w:cstheme="majorHAnsi"/>
          <w:caps/>
          <w:color w:val="auto"/>
          <w:lang w:val="sk-SK"/>
        </w:rPr>
      </w:pPr>
      <w:r>
        <w:rPr>
          <w:rFonts w:cstheme="majorHAnsi"/>
          <w:caps/>
          <w:color w:val="auto"/>
          <w:lang w:val="sk-SK"/>
        </w:rPr>
        <w:br w:type="column"/>
      </w:r>
      <w:r w:rsidR="008A533B">
        <w:rPr>
          <w:rFonts w:cstheme="majorHAnsi"/>
          <w:caps/>
          <w:color w:val="auto"/>
          <w:lang w:val="sk-SK"/>
        </w:rPr>
        <w:lastRenderedPageBreak/>
        <w:t>5</w:t>
      </w:r>
      <w:r w:rsidR="00996534" w:rsidRPr="001E7E9E">
        <w:rPr>
          <w:rFonts w:cstheme="majorHAnsi"/>
          <w:caps/>
          <w:color w:val="auto"/>
          <w:lang w:val="sk-SK"/>
        </w:rPr>
        <w:t>. STANOVISKO</w:t>
      </w:r>
      <w:r w:rsidR="001A563B" w:rsidRPr="001E7E9E">
        <w:rPr>
          <w:rFonts w:cstheme="majorHAnsi"/>
          <w:caps/>
          <w:color w:val="auto"/>
          <w:lang w:val="sk-SK"/>
        </w:rPr>
        <w:t xml:space="preserve"> indikačnej komisie</w:t>
      </w:r>
    </w:p>
    <w:p w14:paraId="284492F5" w14:textId="77777777" w:rsidR="002A4B77" w:rsidRPr="002A4B77" w:rsidRDefault="002A4B77" w:rsidP="002A4B77">
      <w:pPr>
        <w:spacing w:before="120" w:line="360" w:lineRule="auto"/>
        <w:rPr>
          <w:rFonts w:asciiTheme="majorHAnsi" w:hAnsiTheme="majorHAnsi" w:cstheme="majorHAnsi"/>
          <w:sz w:val="24"/>
          <w:szCs w:val="24"/>
          <w:lang w:val="sk-SK"/>
        </w:rPr>
      </w:pPr>
      <w:r w:rsidRPr="002A4B77">
        <w:rPr>
          <w:rFonts w:asciiTheme="majorHAnsi" w:hAnsiTheme="majorHAnsi" w:cstheme="majorHAnsi"/>
          <w:sz w:val="24"/>
          <w:szCs w:val="24"/>
          <w:lang w:val="sk-SK"/>
        </w:rPr>
        <w:t>Indikačná komisia:</w:t>
      </w:r>
    </w:p>
    <w:p w14:paraId="0223CE2C" w14:textId="0D0B71BD" w:rsidR="002A4B77" w:rsidRPr="002A4B77" w:rsidRDefault="002A4B77" w:rsidP="002A4B77">
      <w:pPr>
        <w:spacing w:before="120" w:line="360" w:lineRule="auto"/>
        <w:rPr>
          <w:rFonts w:asciiTheme="majorHAnsi" w:hAnsiTheme="majorHAnsi" w:cstheme="majorHAnsi"/>
          <w:sz w:val="24"/>
          <w:szCs w:val="24"/>
          <w:lang w:val="sk-SK"/>
        </w:rPr>
      </w:pPr>
      <w:r w:rsidRPr="002A4B77">
        <w:rPr>
          <w:rFonts w:ascii="Segoe UI Symbol" w:hAnsi="Segoe UI Symbol" w:cs="Segoe UI Symbol"/>
          <w:sz w:val="24"/>
          <w:szCs w:val="24"/>
          <w:lang w:val="sk-SK"/>
        </w:rPr>
        <w:t>☐</w:t>
      </w:r>
      <w:r w:rsidRPr="002A4B77">
        <w:rPr>
          <w:rFonts w:asciiTheme="majorHAnsi" w:hAnsiTheme="majorHAnsi" w:cstheme="majorHAnsi"/>
          <w:sz w:val="24"/>
          <w:szCs w:val="24"/>
          <w:lang w:val="sk-SK"/>
        </w:rPr>
        <w:t xml:space="preserve"> Súhlasí s kontaktovaním zahraničného odberového centra</w:t>
      </w:r>
      <w:r>
        <w:rPr>
          <w:rFonts w:asciiTheme="majorHAnsi" w:hAnsiTheme="majorHAnsi" w:cstheme="majorHAnsi"/>
          <w:sz w:val="24"/>
          <w:szCs w:val="24"/>
          <w:lang w:val="sk-SK"/>
        </w:rPr>
        <w:t xml:space="preserve"> so žiadosťou o DLI</w:t>
      </w:r>
      <w:r w:rsidRPr="002A4B77">
        <w:rPr>
          <w:rFonts w:asciiTheme="majorHAnsi" w:hAnsiTheme="majorHAnsi" w:cstheme="majorHAnsi"/>
          <w:sz w:val="24"/>
          <w:szCs w:val="24"/>
          <w:lang w:val="sk-SK"/>
        </w:rPr>
        <w:br/>
      </w:r>
      <w:r w:rsidRPr="002A4B77">
        <w:rPr>
          <w:rFonts w:ascii="Segoe UI Symbol" w:hAnsi="Segoe UI Symbol" w:cs="Segoe UI Symbol"/>
          <w:sz w:val="24"/>
          <w:szCs w:val="24"/>
          <w:lang w:val="sk-SK"/>
        </w:rPr>
        <w:t>☐</w:t>
      </w:r>
      <w:r w:rsidRPr="002A4B77">
        <w:rPr>
          <w:rFonts w:asciiTheme="majorHAnsi" w:hAnsiTheme="majorHAnsi" w:cstheme="majorHAnsi"/>
          <w:sz w:val="24"/>
          <w:szCs w:val="24"/>
          <w:lang w:val="sk-SK"/>
        </w:rPr>
        <w:t xml:space="preserve"> Nes</w:t>
      </w:r>
      <w:r w:rsidRPr="002A4B77">
        <w:rPr>
          <w:rFonts w:ascii="Calibri" w:hAnsi="Calibri" w:cs="Calibri"/>
          <w:sz w:val="24"/>
          <w:szCs w:val="24"/>
          <w:lang w:val="sk-SK"/>
        </w:rPr>
        <w:t>ú</w:t>
      </w:r>
      <w:r w:rsidRPr="002A4B77">
        <w:rPr>
          <w:rFonts w:asciiTheme="majorHAnsi" w:hAnsiTheme="majorHAnsi" w:cstheme="majorHAnsi"/>
          <w:sz w:val="24"/>
          <w:szCs w:val="24"/>
          <w:lang w:val="sk-SK"/>
        </w:rPr>
        <w:t>hlas</w:t>
      </w:r>
      <w:r w:rsidRPr="002A4B77">
        <w:rPr>
          <w:rFonts w:ascii="Calibri" w:hAnsi="Calibri" w:cs="Calibri"/>
          <w:sz w:val="24"/>
          <w:szCs w:val="24"/>
          <w:lang w:val="sk-SK"/>
        </w:rPr>
        <w:t>í</w:t>
      </w:r>
    </w:p>
    <w:p w14:paraId="2D64C6B2" w14:textId="77777777" w:rsidR="002A4B77" w:rsidRDefault="002A4B77" w:rsidP="00C63C17">
      <w:pPr>
        <w:spacing w:before="120" w:line="360" w:lineRule="auto"/>
        <w:rPr>
          <w:rFonts w:asciiTheme="majorHAnsi" w:hAnsiTheme="majorHAnsi" w:cstheme="majorHAnsi"/>
          <w:sz w:val="24"/>
          <w:szCs w:val="24"/>
          <w:lang w:val="sk-SK"/>
        </w:rPr>
      </w:pPr>
      <w:r w:rsidRPr="002A4B77">
        <w:rPr>
          <w:rFonts w:asciiTheme="majorHAnsi" w:hAnsiTheme="majorHAnsi" w:cstheme="majorHAnsi"/>
          <w:sz w:val="24"/>
          <w:szCs w:val="24"/>
          <w:lang w:val="sk-SK"/>
        </w:rPr>
        <w:t>Dôvod nesúhlasu:</w:t>
      </w:r>
    </w:p>
    <w:p w14:paraId="528933DF" w14:textId="4D6817C5" w:rsidR="00C63C17" w:rsidRPr="002A4B77" w:rsidRDefault="00C63C17" w:rsidP="00C63C17">
      <w:pPr>
        <w:spacing w:before="120" w:line="360" w:lineRule="auto"/>
        <w:rPr>
          <w:rFonts w:asciiTheme="majorHAnsi" w:hAnsiTheme="majorHAnsi" w:cstheme="majorHAnsi"/>
          <w:sz w:val="24"/>
          <w:szCs w:val="24"/>
          <w:lang w:val="sk-SK"/>
        </w:rPr>
      </w:pPr>
      <w:r w:rsidRPr="009264C1">
        <w:rPr>
          <w:rFonts w:asciiTheme="majorHAnsi" w:hAnsiTheme="majorHAnsi" w:cstheme="majorHAnsi"/>
          <w:lang w:val="sk-SK"/>
        </w:rPr>
        <w:t>____________________________________________________________________________________________________________________________________________________________</w:t>
      </w:r>
      <w:r w:rsidR="007A08FE">
        <w:rPr>
          <w:rFonts w:asciiTheme="majorHAnsi" w:hAnsiTheme="majorHAnsi" w:cstheme="majorHAnsi"/>
          <w:lang w:val="sk-SK"/>
        </w:rPr>
        <w:t>_______________________________________________________________________________________</w:t>
      </w:r>
    </w:p>
    <w:p w14:paraId="7497D956" w14:textId="77777777" w:rsidR="001A563B" w:rsidRPr="007A08FE" w:rsidRDefault="00996534" w:rsidP="00EA00D9">
      <w:pPr>
        <w:rPr>
          <w:rFonts w:asciiTheme="majorHAnsi" w:hAnsiTheme="majorHAnsi" w:cstheme="majorHAnsi"/>
          <w:sz w:val="24"/>
          <w:szCs w:val="24"/>
          <w:lang w:val="sk-SK"/>
        </w:rPr>
      </w:pPr>
      <w:r w:rsidRPr="007A08FE">
        <w:rPr>
          <w:rFonts w:asciiTheme="majorHAnsi" w:hAnsiTheme="majorHAnsi" w:cstheme="majorHAnsi"/>
          <w:sz w:val="24"/>
          <w:szCs w:val="24"/>
          <w:lang w:val="sk-SK"/>
        </w:rPr>
        <w:t>Pridelený lekár centra: __________________________</w:t>
      </w:r>
    </w:p>
    <w:p w14:paraId="0079A498" w14:textId="77777777" w:rsidR="00EA00D9" w:rsidRPr="007A08FE" w:rsidRDefault="00EA00D9" w:rsidP="00EA00D9">
      <w:pPr>
        <w:rPr>
          <w:rFonts w:asciiTheme="majorHAnsi" w:hAnsiTheme="majorHAnsi" w:cstheme="majorHAnsi"/>
          <w:sz w:val="24"/>
          <w:szCs w:val="24"/>
          <w:lang w:val="sk-SK"/>
        </w:rPr>
      </w:pPr>
    </w:p>
    <w:p w14:paraId="55AC0182" w14:textId="77777777" w:rsidR="00CD7E0C" w:rsidRPr="007A08FE" w:rsidRDefault="00CD7E0C" w:rsidP="001C6574">
      <w:pPr>
        <w:numPr>
          <w:ilvl w:val="0"/>
          <w:numId w:val="10"/>
        </w:numPr>
        <w:spacing w:after="0" w:line="480" w:lineRule="auto"/>
        <w:ind w:left="714" w:hanging="357"/>
        <w:rPr>
          <w:rFonts w:asciiTheme="majorHAnsi" w:hAnsiTheme="majorHAnsi" w:cstheme="majorHAnsi"/>
          <w:szCs w:val="24"/>
          <w:lang w:val="sk-SK"/>
        </w:rPr>
      </w:pPr>
      <w:proofErr w:type="spellStart"/>
      <w:r w:rsidRPr="007A08FE">
        <w:rPr>
          <w:rFonts w:asciiTheme="majorHAnsi" w:hAnsiTheme="majorHAnsi" w:cstheme="majorHAnsi"/>
          <w:sz w:val="24"/>
          <w:szCs w:val="24"/>
        </w:rPr>
        <w:t>MUDr</w:t>
      </w:r>
      <w:proofErr w:type="spellEnd"/>
      <w:r w:rsidRPr="007A08FE">
        <w:rPr>
          <w:rFonts w:asciiTheme="majorHAnsi" w:hAnsiTheme="majorHAnsi" w:cstheme="majorHAnsi"/>
          <w:sz w:val="24"/>
          <w:szCs w:val="24"/>
        </w:rPr>
        <w:t>. Jozef Lukáš, PhD.</w:t>
      </w:r>
      <w:r w:rsidR="001C6574" w:rsidRPr="007A08FE">
        <w:rPr>
          <w:rFonts w:asciiTheme="majorHAnsi" w:hAnsiTheme="majorHAnsi" w:cstheme="majorHAnsi"/>
          <w:sz w:val="24"/>
          <w:szCs w:val="24"/>
        </w:rPr>
        <w:t xml:space="preserve"> </w:t>
      </w:r>
      <w:r w:rsidR="001C6574" w:rsidRPr="007A08FE">
        <w:rPr>
          <w:rFonts w:asciiTheme="majorHAnsi" w:hAnsiTheme="majorHAnsi" w:cstheme="majorHAnsi"/>
          <w:sz w:val="24"/>
          <w:szCs w:val="24"/>
        </w:rPr>
        <w:tab/>
      </w:r>
      <w:r w:rsidR="001C6574" w:rsidRPr="007A08FE">
        <w:rPr>
          <w:rFonts w:asciiTheme="majorHAnsi" w:hAnsiTheme="majorHAnsi" w:cstheme="majorHAnsi"/>
          <w:sz w:val="24"/>
          <w:szCs w:val="24"/>
        </w:rPr>
        <w:tab/>
        <w:t>……………………………………………….</w:t>
      </w:r>
    </w:p>
    <w:p w14:paraId="42C2AB19" w14:textId="77777777" w:rsidR="00CD7E0C" w:rsidRPr="007A08FE" w:rsidRDefault="00CD7E0C" w:rsidP="001C6574">
      <w:pPr>
        <w:pStyle w:val="Odsekzoznamu"/>
        <w:numPr>
          <w:ilvl w:val="0"/>
          <w:numId w:val="10"/>
        </w:numPr>
        <w:spacing w:after="0" w:line="480" w:lineRule="auto"/>
        <w:ind w:left="714" w:hanging="357"/>
        <w:rPr>
          <w:rFonts w:asciiTheme="majorHAnsi" w:hAnsiTheme="majorHAnsi" w:cstheme="majorHAnsi"/>
          <w:sz w:val="24"/>
          <w:szCs w:val="24"/>
        </w:rPr>
      </w:pPr>
      <w:proofErr w:type="spellStart"/>
      <w:r w:rsidRPr="007A08FE">
        <w:rPr>
          <w:rFonts w:asciiTheme="majorHAnsi" w:hAnsiTheme="majorHAnsi" w:cstheme="majorHAnsi"/>
          <w:sz w:val="24"/>
          <w:szCs w:val="24"/>
        </w:rPr>
        <w:t>MUDr</w:t>
      </w:r>
      <w:proofErr w:type="spellEnd"/>
      <w:r w:rsidRPr="007A08FE">
        <w:rPr>
          <w:rFonts w:asciiTheme="majorHAnsi" w:hAnsiTheme="majorHAnsi" w:cstheme="majorHAnsi"/>
          <w:sz w:val="24"/>
          <w:szCs w:val="24"/>
        </w:rPr>
        <w:t>. Ladislav Sopko, PhD</w:t>
      </w:r>
      <w:r w:rsidR="001C6574" w:rsidRPr="007A08FE">
        <w:rPr>
          <w:rFonts w:asciiTheme="majorHAnsi" w:hAnsiTheme="majorHAnsi" w:cstheme="majorHAnsi"/>
          <w:sz w:val="24"/>
          <w:szCs w:val="24"/>
        </w:rPr>
        <w:t>.</w:t>
      </w:r>
      <w:r w:rsidRPr="007A08FE">
        <w:rPr>
          <w:rFonts w:asciiTheme="majorHAnsi" w:hAnsiTheme="majorHAnsi" w:cstheme="majorHAnsi"/>
          <w:sz w:val="24"/>
          <w:szCs w:val="24"/>
        </w:rPr>
        <w:t>, MPH</w:t>
      </w:r>
      <w:r w:rsidR="001C6574" w:rsidRPr="007A08FE">
        <w:rPr>
          <w:rFonts w:asciiTheme="majorHAnsi" w:hAnsiTheme="majorHAnsi" w:cstheme="majorHAnsi"/>
          <w:sz w:val="24"/>
          <w:szCs w:val="24"/>
        </w:rPr>
        <w:tab/>
        <w:t>……………………………………………….</w:t>
      </w:r>
    </w:p>
    <w:p w14:paraId="412ABF57" w14:textId="1D94E39F" w:rsidR="001A563B" w:rsidRPr="007A08FE" w:rsidRDefault="000E7A47" w:rsidP="001C6574">
      <w:pPr>
        <w:pStyle w:val="Odsekzoznamu"/>
        <w:numPr>
          <w:ilvl w:val="0"/>
          <w:numId w:val="10"/>
        </w:numPr>
        <w:spacing w:after="0" w:line="480" w:lineRule="auto"/>
        <w:ind w:left="714" w:hanging="357"/>
        <w:rPr>
          <w:rFonts w:asciiTheme="majorHAnsi" w:hAnsiTheme="majorHAnsi" w:cstheme="majorHAnsi"/>
          <w:sz w:val="24"/>
          <w:szCs w:val="24"/>
          <w:lang w:val="sk-SK"/>
        </w:rPr>
      </w:pPr>
      <w:r w:rsidRPr="007A08FE">
        <w:rPr>
          <w:rFonts w:asciiTheme="majorHAnsi" w:hAnsiTheme="majorHAnsi" w:cstheme="majorHAnsi"/>
          <w:sz w:val="24"/>
          <w:szCs w:val="24"/>
          <w:lang w:val="sk-SK"/>
        </w:rPr>
        <w:t>doc</w:t>
      </w:r>
      <w:r w:rsidR="001A563B" w:rsidRPr="007A08FE">
        <w:rPr>
          <w:rFonts w:asciiTheme="majorHAnsi" w:hAnsiTheme="majorHAnsi" w:cstheme="majorHAnsi"/>
          <w:sz w:val="24"/>
          <w:szCs w:val="24"/>
          <w:lang w:val="sk-SK"/>
        </w:rPr>
        <w:t xml:space="preserve">. MUDr. </w:t>
      </w:r>
      <w:r w:rsidRPr="007A08FE">
        <w:rPr>
          <w:rFonts w:asciiTheme="majorHAnsi" w:hAnsiTheme="majorHAnsi" w:cstheme="majorHAnsi"/>
          <w:sz w:val="24"/>
          <w:szCs w:val="24"/>
          <w:lang w:val="sk-SK"/>
        </w:rPr>
        <w:t xml:space="preserve">Ľubica </w:t>
      </w:r>
      <w:proofErr w:type="spellStart"/>
      <w:r w:rsidRPr="007A08FE">
        <w:rPr>
          <w:rFonts w:asciiTheme="majorHAnsi" w:hAnsiTheme="majorHAnsi" w:cstheme="majorHAnsi"/>
          <w:sz w:val="24"/>
          <w:szCs w:val="24"/>
          <w:lang w:val="sk-SK"/>
        </w:rPr>
        <w:t>Harvanová</w:t>
      </w:r>
      <w:proofErr w:type="spellEnd"/>
      <w:r w:rsidR="001A563B" w:rsidRPr="007A08FE">
        <w:rPr>
          <w:rFonts w:asciiTheme="majorHAnsi" w:hAnsiTheme="majorHAnsi" w:cstheme="majorHAnsi"/>
          <w:sz w:val="24"/>
          <w:szCs w:val="24"/>
          <w:lang w:val="sk-SK"/>
        </w:rPr>
        <w:t>, PhD.</w:t>
      </w:r>
      <w:r w:rsidR="001C6574" w:rsidRPr="007A08FE">
        <w:rPr>
          <w:rFonts w:asciiTheme="majorHAnsi" w:hAnsiTheme="majorHAnsi" w:cstheme="majorHAnsi"/>
          <w:sz w:val="24"/>
          <w:szCs w:val="24"/>
          <w:lang w:val="sk-SK"/>
        </w:rPr>
        <w:tab/>
      </w:r>
      <w:r w:rsidR="001C6574" w:rsidRPr="007A08FE">
        <w:rPr>
          <w:rFonts w:asciiTheme="majorHAnsi" w:hAnsiTheme="majorHAnsi" w:cstheme="majorHAnsi"/>
          <w:sz w:val="24"/>
          <w:szCs w:val="24"/>
        </w:rPr>
        <w:t>……………………………………………….</w:t>
      </w:r>
    </w:p>
    <w:p w14:paraId="1FFB3D9B" w14:textId="77777777" w:rsidR="001A563B" w:rsidRPr="007A08FE" w:rsidRDefault="001A563B" w:rsidP="001C6574">
      <w:pPr>
        <w:pStyle w:val="Odsekzoznamu"/>
        <w:numPr>
          <w:ilvl w:val="0"/>
          <w:numId w:val="10"/>
        </w:numPr>
        <w:spacing w:after="0" w:line="48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7A08FE">
        <w:rPr>
          <w:rFonts w:asciiTheme="majorHAnsi" w:hAnsiTheme="majorHAnsi" w:cstheme="majorHAnsi"/>
          <w:sz w:val="24"/>
          <w:szCs w:val="24"/>
        </w:rPr>
        <w:t>MUDr</w:t>
      </w:r>
      <w:proofErr w:type="spellEnd"/>
      <w:r w:rsidRPr="007A08FE">
        <w:rPr>
          <w:rFonts w:asciiTheme="majorHAnsi" w:hAnsiTheme="majorHAnsi" w:cstheme="majorHAnsi"/>
          <w:sz w:val="24"/>
          <w:szCs w:val="24"/>
        </w:rPr>
        <w:t>. Eva Bojtárová, PhD</w:t>
      </w:r>
      <w:r w:rsidR="001C6574" w:rsidRPr="007A08FE">
        <w:rPr>
          <w:rFonts w:asciiTheme="majorHAnsi" w:hAnsiTheme="majorHAnsi" w:cstheme="majorHAnsi"/>
          <w:sz w:val="24"/>
          <w:szCs w:val="24"/>
        </w:rPr>
        <w:t>.</w:t>
      </w:r>
      <w:r w:rsidR="001C6574" w:rsidRPr="007A08FE">
        <w:rPr>
          <w:rFonts w:asciiTheme="majorHAnsi" w:hAnsiTheme="majorHAnsi" w:cstheme="majorHAnsi"/>
          <w:sz w:val="24"/>
          <w:szCs w:val="24"/>
        </w:rPr>
        <w:tab/>
      </w:r>
      <w:r w:rsidR="001C6574" w:rsidRPr="007A08FE">
        <w:rPr>
          <w:rFonts w:asciiTheme="majorHAnsi" w:hAnsiTheme="majorHAnsi" w:cstheme="majorHAnsi"/>
          <w:sz w:val="24"/>
          <w:szCs w:val="24"/>
        </w:rPr>
        <w:tab/>
        <w:t>……………………………………………….</w:t>
      </w:r>
    </w:p>
    <w:p w14:paraId="0477245A" w14:textId="77777777" w:rsidR="001A563B" w:rsidRPr="007A08FE" w:rsidRDefault="001A563B" w:rsidP="001C6574">
      <w:pPr>
        <w:numPr>
          <w:ilvl w:val="0"/>
          <w:numId w:val="10"/>
        </w:numPr>
        <w:spacing w:after="0" w:line="480" w:lineRule="auto"/>
        <w:ind w:left="714" w:hanging="357"/>
        <w:rPr>
          <w:rFonts w:asciiTheme="majorHAnsi" w:hAnsiTheme="majorHAnsi" w:cstheme="majorHAnsi"/>
          <w:sz w:val="24"/>
          <w:szCs w:val="24"/>
        </w:rPr>
      </w:pPr>
      <w:proofErr w:type="spellStart"/>
      <w:r w:rsidRPr="007A08FE">
        <w:rPr>
          <w:rFonts w:asciiTheme="majorHAnsi" w:hAnsiTheme="majorHAnsi" w:cstheme="majorHAnsi"/>
          <w:sz w:val="24"/>
          <w:szCs w:val="24"/>
        </w:rPr>
        <w:t>MUDr</w:t>
      </w:r>
      <w:proofErr w:type="spellEnd"/>
      <w:r w:rsidRPr="007A08FE">
        <w:rPr>
          <w:rFonts w:asciiTheme="majorHAnsi" w:hAnsiTheme="majorHAnsi" w:cstheme="majorHAnsi"/>
          <w:sz w:val="24"/>
          <w:szCs w:val="24"/>
        </w:rPr>
        <w:t>. Marcela Skraková</w:t>
      </w:r>
      <w:r w:rsidR="001C6574" w:rsidRPr="007A08FE">
        <w:rPr>
          <w:rFonts w:asciiTheme="majorHAnsi" w:hAnsiTheme="majorHAnsi" w:cstheme="majorHAnsi"/>
          <w:sz w:val="24"/>
          <w:szCs w:val="24"/>
        </w:rPr>
        <w:tab/>
      </w:r>
      <w:r w:rsidR="001C6574" w:rsidRPr="007A08FE">
        <w:rPr>
          <w:rFonts w:asciiTheme="majorHAnsi" w:hAnsiTheme="majorHAnsi" w:cstheme="majorHAnsi"/>
          <w:sz w:val="24"/>
          <w:szCs w:val="24"/>
        </w:rPr>
        <w:tab/>
      </w:r>
      <w:r w:rsidRPr="007A08FE">
        <w:rPr>
          <w:rFonts w:asciiTheme="majorHAnsi" w:hAnsiTheme="majorHAnsi" w:cstheme="majorHAnsi"/>
          <w:sz w:val="24"/>
          <w:szCs w:val="24"/>
        </w:rPr>
        <w:t>............…………………………</w:t>
      </w:r>
      <w:r w:rsidR="00555CB9" w:rsidRPr="007A08FE">
        <w:rPr>
          <w:rFonts w:asciiTheme="majorHAnsi" w:hAnsiTheme="majorHAnsi" w:cstheme="majorHAnsi"/>
          <w:sz w:val="24"/>
          <w:szCs w:val="24"/>
        </w:rPr>
        <w:t>….........</w:t>
      </w:r>
    </w:p>
    <w:p w14:paraId="69BA3748" w14:textId="77777777" w:rsidR="00AF38D6" w:rsidRPr="007A08FE" w:rsidRDefault="00AF38D6" w:rsidP="001C6574">
      <w:pPr>
        <w:numPr>
          <w:ilvl w:val="0"/>
          <w:numId w:val="10"/>
        </w:numPr>
        <w:spacing w:after="0" w:line="480" w:lineRule="auto"/>
        <w:ind w:left="714" w:hanging="357"/>
        <w:rPr>
          <w:rFonts w:asciiTheme="majorHAnsi" w:hAnsiTheme="majorHAnsi" w:cstheme="majorHAnsi"/>
          <w:sz w:val="24"/>
          <w:szCs w:val="24"/>
        </w:rPr>
      </w:pPr>
      <w:proofErr w:type="spellStart"/>
      <w:r w:rsidRPr="007A08FE">
        <w:rPr>
          <w:rFonts w:asciiTheme="majorHAnsi" w:hAnsiTheme="majorHAnsi" w:cstheme="majorHAnsi"/>
          <w:sz w:val="24"/>
          <w:szCs w:val="24"/>
        </w:rPr>
        <w:t>MUDr</w:t>
      </w:r>
      <w:proofErr w:type="spellEnd"/>
      <w:r w:rsidRPr="007A08FE">
        <w:rPr>
          <w:rFonts w:asciiTheme="majorHAnsi" w:hAnsiTheme="majorHAnsi" w:cstheme="majorHAnsi"/>
          <w:sz w:val="24"/>
          <w:szCs w:val="24"/>
        </w:rPr>
        <w:t>. Antónia Hata</w:t>
      </w:r>
      <w:r w:rsidR="001C6574" w:rsidRPr="007A08FE">
        <w:rPr>
          <w:rFonts w:asciiTheme="majorHAnsi" w:hAnsiTheme="majorHAnsi" w:cstheme="majorHAnsi"/>
          <w:sz w:val="24"/>
          <w:szCs w:val="24"/>
        </w:rPr>
        <w:t>lová, PhD.</w:t>
      </w:r>
      <w:r w:rsidR="001C6574" w:rsidRPr="007A08FE">
        <w:rPr>
          <w:rFonts w:asciiTheme="majorHAnsi" w:hAnsiTheme="majorHAnsi" w:cstheme="majorHAnsi"/>
          <w:sz w:val="24"/>
          <w:szCs w:val="24"/>
        </w:rPr>
        <w:tab/>
      </w:r>
      <w:r w:rsidR="001C6574" w:rsidRPr="007A08FE">
        <w:rPr>
          <w:rFonts w:asciiTheme="majorHAnsi" w:hAnsiTheme="majorHAnsi" w:cstheme="majorHAnsi"/>
          <w:sz w:val="24"/>
          <w:szCs w:val="24"/>
        </w:rPr>
        <w:tab/>
        <w:t>……………………………………………….</w:t>
      </w:r>
    </w:p>
    <w:p w14:paraId="27E7B3E7" w14:textId="77777777" w:rsidR="001A563B" w:rsidRPr="007A08FE" w:rsidRDefault="001A563B" w:rsidP="001C6574">
      <w:pPr>
        <w:numPr>
          <w:ilvl w:val="0"/>
          <w:numId w:val="10"/>
        </w:numPr>
        <w:spacing w:after="0" w:line="480" w:lineRule="auto"/>
        <w:ind w:left="714" w:hanging="357"/>
        <w:rPr>
          <w:rFonts w:asciiTheme="majorHAnsi" w:hAnsiTheme="majorHAnsi" w:cstheme="majorHAnsi"/>
          <w:sz w:val="24"/>
          <w:szCs w:val="24"/>
        </w:rPr>
      </w:pPr>
      <w:proofErr w:type="spellStart"/>
      <w:r w:rsidRPr="007A08FE">
        <w:rPr>
          <w:rFonts w:asciiTheme="majorHAnsi" w:hAnsiTheme="majorHAnsi" w:cstheme="majorHAnsi"/>
          <w:sz w:val="24"/>
          <w:szCs w:val="24"/>
        </w:rPr>
        <w:t>MUDr</w:t>
      </w:r>
      <w:proofErr w:type="spellEnd"/>
      <w:r w:rsidRPr="007A08FE">
        <w:rPr>
          <w:rFonts w:asciiTheme="majorHAnsi" w:hAnsiTheme="majorHAnsi" w:cstheme="majorHAnsi"/>
          <w:sz w:val="24"/>
          <w:szCs w:val="24"/>
        </w:rPr>
        <w:t>. Firas Far</w:t>
      </w:r>
      <w:r w:rsidR="001C6574" w:rsidRPr="007A08FE">
        <w:rPr>
          <w:rFonts w:asciiTheme="majorHAnsi" w:hAnsiTheme="majorHAnsi" w:cstheme="majorHAnsi"/>
          <w:sz w:val="24"/>
          <w:szCs w:val="24"/>
        </w:rPr>
        <w:t>kaš, PhD.</w:t>
      </w:r>
      <w:r w:rsidR="001C6574" w:rsidRPr="007A08FE">
        <w:rPr>
          <w:rFonts w:asciiTheme="majorHAnsi" w:hAnsiTheme="majorHAnsi" w:cstheme="majorHAnsi"/>
          <w:sz w:val="24"/>
          <w:szCs w:val="24"/>
        </w:rPr>
        <w:tab/>
      </w:r>
      <w:r w:rsidR="001C6574" w:rsidRPr="007A08FE">
        <w:rPr>
          <w:rFonts w:asciiTheme="majorHAnsi" w:hAnsiTheme="majorHAnsi" w:cstheme="majorHAnsi"/>
          <w:sz w:val="24"/>
          <w:szCs w:val="24"/>
        </w:rPr>
        <w:tab/>
        <w:t>……………………………………………….</w:t>
      </w:r>
    </w:p>
    <w:p w14:paraId="7EED6A39" w14:textId="77777777" w:rsidR="00AF38D6" w:rsidRPr="007A08FE" w:rsidRDefault="00AF38D6" w:rsidP="001C6574">
      <w:pPr>
        <w:numPr>
          <w:ilvl w:val="0"/>
          <w:numId w:val="10"/>
        </w:numPr>
        <w:spacing w:after="0" w:line="480" w:lineRule="auto"/>
        <w:ind w:left="714" w:hanging="357"/>
        <w:rPr>
          <w:rFonts w:asciiTheme="majorHAnsi" w:hAnsiTheme="majorHAnsi" w:cstheme="majorHAnsi"/>
          <w:sz w:val="24"/>
          <w:szCs w:val="24"/>
        </w:rPr>
      </w:pPr>
      <w:proofErr w:type="spellStart"/>
      <w:r w:rsidRPr="007A08FE">
        <w:rPr>
          <w:rFonts w:asciiTheme="majorHAnsi" w:hAnsiTheme="majorHAnsi" w:cstheme="majorHAnsi"/>
          <w:sz w:val="24"/>
          <w:szCs w:val="24"/>
        </w:rPr>
        <w:t>MUDr</w:t>
      </w:r>
      <w:proofErr w:type="spellEnd"/>
      <w:r w:rsidRPr="007A08FE">
        <w:rPr>
          <w:rFonts w:asciiTheme="majorHAnsi" w:hAnsiTheme="majorHAnsi" w:cstheme="majorHAnsi"/>
          <w:sz w:val="24"/>
          <w:szCs w:val="24"/>
        </w:rPr>
        <w:t>. Dan</w:t>
      </w:r>
      <w:r w:rsidR="001C6574" w:rsidRPr="007A08FE">
        <w:rPr>
          <w:rFonts w:asciiTheme="majorHAnsi" w:hAnsiTheme="majorHAnsi" w:cstheme="majorHAnsi"/>
          <w:sz w:val="24"/>
          <w:szCs w:val="24"/>
        </w:rPr>
        <w:t>iel</w:t>
      </w:r>
      <w:r w:rsidRPr="007A08FE">
        <w:rPr>
          <w:rFonts w:asciiTheme="majorHAnsi" w:hAnsiTheme="majorHAnsi" w:cstheme="majorHAnsi"/>
          <w:sz w:val="24"/>
          <w:szCs w:val="24"/>
        </w:rPr>
        <w:t>a Ho</w:t>
      </w:r>
      <w:r w:rsidR="001C6574" w:rsidRPr="007A08FE">
        <w:rPr>
          <w:rFonts w:asciiTheme="majorHAnsi" w:hAnsiTheme="majorHAnsi" w:cstheme="majorHAnsi"/>
          <w:sz w:val="24"/>
          <w:szCs w:val="24"/>
        </w:rPr>
        <w:t>rváthová</w:t>
      </w:r>
      <w:r w:rsidR="001C6574" w:rsidRPr="007A08FE">
        <w:rPr>
          <w:rFonts w:asciiTheme="majorHAnsi" w:hAnsiTheme="majorHAnsi" w:cstheme="majorHAnsi"/>
          <w:sz w:val="24"/>
          <w:szCs w:val="24"/>
        </w:rPr>
        <w:tab/>
      </w:r>
      <w:r w:rsidR="001C6574" w:rsidRPr="007A08FE">
        <w:rPr>
          <w:rFonts w:asciiTheme="majorHAnsi" w:hAnsiTheme="majorHAnsi" w:cstheme="majorHAnsi"/>
          <w:sz w:val="24"/>
          <w:szCs w:val="24"/>
        </w:rPr>
        <w:tab/>
        <w:t>……………………………………………….</w:t>
      </w:r>
    </w:p>
    <w:p w14:paraId="75110D95" w14:textId="77777777" w:rsidR="00AF38D6" w:rsidRPr="007A08FE" w:rsidRDefault="00AF38D6" w:rsidP="007D766B">
      <w:pPr>
        <w:numPr>
          <w:ilvl w:val="0"/>
          <w:numId w:val="10"/>
        </w:numPr>
        <w:spacing w:after="0" w:line="480" w:lineRule="auto"/>
        <w:ind w:left="714" w:hanging="357"/>
        <w:rPr>
          <w:rFonts w:asciiTheme="majorHAnsi" w:hAnsiTheme="majorHAnsi" w:cstheme="majorHAnsi"/>
          <w:sz w:val="24"/>
          <w:szCs w:val="24"/>
        </w:rPr>
      </w:pPr>
      <w:proofErr w:type="spellStart"/>
      <w:r w:rsidRPr="007A08FE">
        <w:rPr>
          <w:rFonts w:asciiTheme="majorHAnsi" w:hAnsiTheme="majorHAnsi" w:cstheme="majorHAnsi"/>
          <w:sz w:val="24"/>
          <w:szCs w:val="24"/>
        </w:rPr>
        <w:t>MUDr</w:t>
      </w:r>
      <w:proofErr w:type="spellEnd"/>
      <w:r w:rsidRPr="007A08FE">
        <w:rPr>
          <w:rFonts w:asciiTheme="majorHAnsi" w:hAnsiTheme="majorHAnsi" w:cstheme="majorHAnsi"/>
          <w:sz w:val="24"/>
          <w:szCs w:val="24"/>
        </w:rPr>
        <w:t>. Katarína S</w:t>
      </w:r>
      <w:r w:rsidR="001C6574" w:rsidRPr="007A08FE">
        <w:rPr>
          <w:rFonts w:asciiTheme="majorHAnsi" w:hAnsiTheme="majorHAnsi" w:cstheme="majorHAnsi"/>
          <w:sz w:val="24"/>
          <w:szCs w:val="24"/>
        </w:rPr>
        <w:t>lezáková PhD.</w:t>
      </w:r>
      <w:r w:rsidR="001C6574" w:rsidRPr="007A08FE">
        <w:rPr>
          <w:rFonts w:asciiTheme="majorHAnsi" w:hAnsiTheme="majorHAnsi" w:cstheme="majorHAnsi"/>
          <w:sz w:val="24"/>
          <w:szCs w:val="24"/>
        </w:rPr>
        <w:tab/>
      </w:r>
      <w:r w:rsidR="00555CB9" w:rsidRPr="007A08FE">
        <w:rPr>
          <w:rFonts w:asciiTheme="majorHAnsi" w:hAnsiTheme="majorHAnsi" w:cstheme="majorHAnsi"/>
          <w:sz w:val="24"/>
          <w:szCs w:val="24"/>
        </w:rPr>
        <w:tab/>
      </w:r>
      <w:r w:rsidR="001C6574" w:rsidRPr="007A08FE">
        <w:rPr>
          <w:rFonts w:asciiTheme="majorHAnsi" w:hAnsiTheme="majorHAnsi" w:cstheme="majorHAnsi"/>
          <w:sz w:val="24"/>
          <w:szCs w:val="24"/>
        </w:rPr>
        <w:t>……………………………………………….</w:t>
      </w:r>
    </w:p>
    <w:p w14:paraId="183D869A" w14:textId="77777777" w:rsidR="002A4B77" w:rsidRDefault="002A4B77" w:rsidP="00AF38D6">
      <w:pPr>
        <w:spacing w:after="0" w:line="600" w:lineRule="auto"/>
        <w:ind w:left="357"/>
        <w:rPr>
          <w:rFonts w:asciiTheme="majorHAnsi" w:hAnsiTheme="majorHAnsi" w:cstheme="majorHAnsi"/>
          <w:sz w:val="24"/>
          <w:szCs w:val="24"/>
          <w:lang w:val="sk-SK"/>
        </w:rPr>
      </w:pPr>
    </w:p>
    <w:p w14:paraId="2A42F727" w14:textId="5DD665C8" w:rsidR="001A563B" w:rsidRPr="007A08FE" w:rsidRDefault="001A563B" w:rsidP="00AF38D6">
      <w:pPr>
        <w:spacing w:after="0" w:line="600" w:lineRule="auto"/>
        <w:ind w:left="357"/>
        <w:rPr>
          <w:rFonts w:asciiTheme="majorHAnsi" w:hAnsiTheme="majorHAnsi" w:cstheme="majorHAnsi"/>
          <w:sz w:val="24"/>
          <w:szCs w:val="24"/>
          <w:lang w:val="sk-SK"/>
        </w:rPr>
      </w:pPr>
      <w:r w:rsidRPr="007A08FE">
        <w:rPr>
          <w:rFonts w:asciiTheme="majorHAnsi" w:hAnsiTheme="majorHAnsi" w:cstheme="majorHAnsi"/>
          <w:sz w:val="24"/>
          <w:szCs w:val="24"/>
          <w:lang w:val="sk-SK"/>
        </w:rPr>
        <w:t>Dátum</w:t>
      </w:r>
      <w:r w:rsidR="00996534" w:rsidRPr="007A08FE">
        <w:rPr>
          <w:rFonts w:asciiTheme="majorHAnsi" w:hAnsiTheme="majorHAnsi" w:cstheme="majorHAnsi"/>
          <w:sz w:val="24"/>
          <w:szCs w:val="24"/>
          <w:lang w:val="sk-SK"/>
        </w:rPr>
        <w:t xml:space="preserve"> </w:t>
      </w:r>
      <w:proofErr w:type="spellStart"/>
      <w:r w:rsidR="002A4B77">
        <w:rPr>
          <w:rFonts w:asciiTheme="majorHAnsi" w:hAnsiTheme="majorHAnsi" w:cstheme="majorHAnsi"/>
          <w:sz w:val="24"/>
          <w:szCs w:val="24"/>
          <w:lang w:val="sk-SK"/>
        </w:rPr>
        <w:t>prejednania</w:t>
      </w:r>
      <w:proofErr w:type="spellEnd"/>
      <w:r w:rsidR="002A4B77">
        <w:rPr>
          <w:rFonts w:asciiTheme="majorHAnsi" w:hAnsiTheme="majorHAnsi" w:cstheme="majorHAnsi"/>
          <w:sz w:val="24"/>
          <w:szCs w:val="24"/>
          <w:lang w:val="sk-SK"/>
        </w:rPr>
        <w:t xml:space="preserve"> žiadosti</w:t>
      </w:r>
      <w:r w:rsidRPr="007A08FE">
        <w:rPr>
          <w:rFonts w:asciiTheme="majorHAnsi" w:hAnsiTheme="majorHAnsi" w:cstheme="majorHAnsi"/>
          <w:sz w:val="24"/>
          <w:szCs w:val="24"/>
          <w:lang w:val="sk-SK"/>
        </w:rPr>
        <w:t>:</w:t>
      </w:r>
      <w:r w:rsidR="00AF38D6" w:rsidRPr="007A08FE">
        <w:rPr>
          <w:rFonts w:asciiTheme="majorHAnsi" w:hAnsiTheme="majorHAnsi" w:cstheme="majorHAnsi"/>
          <w:sz w:val="24"/>
          <w:szCs w:val="24"/>
          <w:lang w:val="sk-SK"/>
        </w:rPr>
        <w:t xml:space="preserve"> </w:t>
      </w:r>
      <w:r w:rsidRPr="007A08FE">
        <w:rPr>
          <w:rFonts w:asciiTheme="majorHAnsi" w:hAnsiTheme="majorHAnsi" w:cstheme="majorHAnsi"/>
          <w:sz w:val="24"/>
          <w:szCs w:val="24"/>
          <w:lang w:val="sk-SK"/>
        </w:rPr>
        <w:t>_______________</w:t>
      </w:r>
    </w:p>
    <w:sectPr w:rsidR="001A563B" w:rsidRPr="007A08FE" w:rsidSect="00EA00D9">
      <w:pgSz w:w="12240" w:h="15840"/>
      <w:pgMar w:top="1440" w:right="1800" w:bottom="1440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4F7D9D"/>
    <w:multiLevelType w:val="hybridMultilevel"/>
    <w:tmpl w:val="6614907C"/>
    <w:lvl w:ilvl="0" w:tplc="005E6206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E71ABD"/>
    <w:multiLevelType w:val="hybridMultilevel"/>
    <w:tmpl w:val="959E7706"/>
    <w:lvl w:ilvl="0" w:tplc="005E6206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0718EE"/>
    <w:multiLevelType w:val="hybridMultilevel"/>
    <w:tmpl w:val="31F273D6"/>
    <w:lvl w:ilvl="0" w:tplc="005E6206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FB426F"/>
    <w:multiLevelType w:val="hybridMultilevel"/>
    <w:tmpl w:val="E9309BE4"/>
    <w:lvl w:ilvl="0" w:tplc="005E6206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2512E2"/>
    <w:multiLevelType w:val="hybridMultilevel"/>
    <w:tmpl w:val="AD32CEA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A1253B4"/>
    <w:multiLevelType w:val="hybridMultilevel"/>
    <w:tmpl w:val="23CE1ADA"/>
    <w:lvl w:ilvl="0" w:tplc="278A2CC0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FD138A"/>
    <w:multiLevelType w:val="hybridMultilevel"/>
    <w:tmpl w:val="A7B42442"/>
    <w:lvl w:ilvl="0" w:tplc="AF76E480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6218348">
    <w:abstractNumId w:val="8"/>
  </w:num>
  <w:num w:numId="2" w16cid:durableId="37053266">
    <w:abstractNumId w:val="6"/>
  </w:num>
  <w:num w:numId="3" w16cid:durableId="33966250">
    <w:abstractNumId w:val="5"/>
  </w:num>
  <w:num w:numId="4" w16cid:durableId="1828935153">
    <w:abstractNumId w:val="4"/>
  </w:num>
  <w:num w:numId="5" w16cid:durableId="1896966882">
    <w:abstractNumId w:val="7"/>
  </w:num>
  <w:num w:numId="6" w16cid:durableId="1148134196">
    <w:abstractNumId w:val="3"/>
  </w:num>
  <w:num w:numId="7" w16cid:durableId="1726827970">
    <w:abstractNumId w:val="2"/>
  </w:num>
  <w:num w:numId="8" w16cid:durableId="966475372">
    <w:abstractNumId w:val="1"/>
  </w:num>
  <w:num w:numId="9" w16cid:durableId="1431899176">
    <w:abstractNumId w:val="0"/>
  </w:num>
  <w:num w:numId="10" w16cid:durableId="141777594">
    <w:abstractNumId w:val="13"/>
  </w:num>
  <w:num w:numId="11" w16cid:durableId="1089429825">
    <w:abstractNumId w:val="15"/>
  </w:num>
  <w:num w:numId="12" w16cid:durableId="667052684">
    <w:abstractNumId w:val="12"/>
  </w:num>
  <w:num w:numId="13" w16cid:durableId="1845508866">
    <w:abstractNumId w:val="11"/>
  </w:num>
  <w:num w:numId="14" w16cid:durableId="1582443437">
    <w:abstractNumId w:val="10"/>
  </w:num>
  <w:num w:numId="15" w16cid:durableId="1971979918">
    <w:abstractNumId w:val="9"/>
  </w:num>
  <w:num w:numId="16" w16cid:durableId="4926496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9D3"/>
    <w:rsid w:val="00024E91"/>
    <w:rsid w:val="00034616"/>
    <w:rsid w:val="0006063C"/>
    <w:rsid w:val="00096549"/>
    <w:rsid w:val="000D27EB"/>
    <w:rsid w:val="000E7A47"/>
    <w:rsid w:val="000F2328"/>
    <w:rsid w:val="000F2C57"/>
    <w:rsid w:val="00146FAA"/>
    <w:rsid w:val="0015074B"/>
    <w:rsid w:val="00156107"/>
    <w:rsid w:val="001A563B"/>
    <w:rsid w:val="001C6574"/>
    <w:rsid w:val="001D0628"/>
    <w:rsid w:val="001E7E9E"/>
    <w:rsid w:val="0023339A"/>
    <w:rsid w:val="00250A0E"/>
    <w:rsid w:val="0029639D"/>
    <w:rsid w:val="002A4B77"/>
    <w:rsid w:val="002B3F96"/>
    <w:rsid w:val="002E26F1"/>
    <w:rsid w:val="00326F90"/>
    <w:rsid w:val="00350D67"/>
    <w:rsid w:val="003E7878"/>
    <w:rsid w:val="00430772"/>
    <w:rsid w:val="00434A49"/>
    <w:rsid w:val="00443E8F"/>
    <w:rsid w:val="004B3D5B"/>
    <w:rsid w:val="005273A2"/>
    <w:rsid w:val="00555CB9"/>
    <w:rsid w:val="00657765"/>
    <w:rsid w:val="00781C90"/>
    <w:rsid w:val="00794EAE"/>
    <w:rsid w:val="007A08FE"/>
    <w:rsid w:val="007B4B3B"/>
    <w:rsid w:val="007D766B"/>
    <w:rsid w:val="007E4CD0"/>
    <w:rsid w:val="008717CB"/>
    <w:rsid w:val="008A533B"/>
    <w:rsid w:val="008B22FD"/>
    <w:rsid w:val="008E4D5C"/>
    <w:rsid w:val="00902214"/>
    <w:rsid w:val="00935072"/>
    <w:rsid w:val="00954FBC"/>
    <w:rsid w:val="00996534"/>
    <w:rsid w:val="009B02EC"/>
    <w:rsid w:val="009D17E5"/>
    <w:rsid w:val="00A16386"/>
    <w:rsid w:val="00A36ACF"/>
    <w:rsid w:val="00A84A76"/>
    <w:rsid w:val="00AA0C28"/>
    <w:rsid w:val="00AA1D8D"/>
    <w:rsid w:val="00AD2699"/>
    <w:rsid w:val="00AF38D6"/>
    <w:rsid w:val="00B25542"/>
    <w:rsid w:val="00B47730"/>
    <w:rsid w:val="00B478AB"/>
    <w:rsid w:val="00B5659F"/>
    <w:rsid w:val="00B70EE8"/>
    <w:rsid w:val="00C057F6"/>
    <w:rsid w:val="00C11E4D"/>
    <w:rsid w:val="00C346B9"/>
    <w:rsid w:val="00C363DD"/>
    <w:rsid w:val="00C44990"/>
    <w:rsid w:val="00C5403A"/>
    <w:rsid w:val="00C63C17"/>
    <w:rsid w:val="00CB0664"/>
    <w:rsid w:val="00CD7E0C"/>
    <w:rsid w:val="00CE6F25"/>
    <w:rsid w:val="00D31D82"/>
    <w:rsid w:val="00D86C55"/>
    <w:rsid w:val="00DD5169"/>
    <w:rsid w:val="00E07FD2"/>
    <w:rsid w:val="00EA00D9"/>
    <w:rsid w:val="00EA1C29"/>
    <w:rsid w:val="00EB171F"/>
    <w:rsid w:val="00EC06B7"/>
    <w:rsid w:val="00F00069"/>
    <w:rsid w:val="00F8354A"/>
    <w:rsid w:val="00FA5C02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E2AF13"/>
  <w15:docId w15:val="{0C90EAC0-0449-496F-B93F-46C7A1ACC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etlpodfarbenie1">
    <w:name w:val="Svetlé podfarbenie1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vetlpodfarbeniezvraznenie11">
    <w:name w:val="Svetlé podfarbenie – zvýraznenie 1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Svetlzoznam1">
    <w:name w:val="Svetlý zoznam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Svetlzoznamzvraznenie11">
    <w:name w:val="Svetlý zoznam – zvýraznenie 1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Svetlmrieka1">
    <w:name w:val="Svetlá mriežka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Svetlmriekazvraznenie11">
    <w:name w:val="Svetlá mriežka – zvýraznenie 1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Strednpodfarbenie11">
    <w:name w:val="Stredné podfarbenie 1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trednpodfarbenie1zvraznenie11">
    <w:name w:val="Stredné podfarbenie 1 – zvýraznenie 1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trednpodfarbenie21">
    <w:name w:val="Stredné podfarbenie 2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trednpodfarbenie2zvraznenie11">
    <w:name w:val="Stredné podfarbenie 2 – zvýraznenie 1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trednzoznam11">
    <w:name w:val="Stredný zoznam 1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Strednzoznam1zvraznenie11">
    <w:name w:val="Stredný zoznam 1 – zvýraznenie 1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Strednzoznam21">
    <w:name w:val="Stredný zoznam 2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trednmrieka11">
    <w:name w:val="Stredná mriežka 1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Strednmrieka21">
    <w:name w:val="Stredná mriežka 2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Strednmrieka31">
    <w:name w:val="Stredná mriežka 3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Tmavzoznam1">
    <w:name w:val="Tmavý zoznam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Farebnpodfarbenie1">
    <w:name w:val="Farebné podfarbenie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Farebnzoznam1">
    <w:name w:val="Farebný zoznam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Farebnmrieka1">
    <w:name w:val="Farebná mriežka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GridTable4-Accent11">
    <w:name w:val="Grid Table 4 - Accent 11"/>
    <w:basedOn w:val="Normlnatabuka"/>
    <w:uiPriority w:val="49"/>
    <w:rsid w:val="008E4D5C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Hypertextovprepojenie">
    <w:name w:val="Hyperlink"/>
    <w:basedOn w:val="Predvolenpsmoodseku"/>
    <w:uiPriority w:val="99"/>
    <w:unhideWhenUsed/>
    <w:rsid w:val="008E4D5C"/>
    <w:rPr>
      <w:color w:val="0000FF" w:themeColor="hyperlink"/>
      <w:u w:val="single"/>
    </w:rPr>
  </w:style>
  <w:style w:type="character" w:customStyle="1" w:styleId="UnresolvedMention1">
    <w:name w:val="Unresolved Mention1"/>
    <w:basedOn w:val="Predvolenpsmoodseku"/>
    <w:uiPriority w:val="99"/>
    <w:semiHidden/>
    <w:unhideWhenUsed/>
    <w:rsid w:val="008E4D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9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4AB7BB-6437-4C9F-899A-DF9F0713C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372</Words>
  <Characters>2124</Characters>
  <Application>Microsoft Office Word</Application>
  <DocSecurity>0</DocSecurity>
  <Lines>17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Soft For Solutions a.s</Company>
  <LinksUpToDate>false</LinksUpToDate>
  <CharactersWithSpaces>2492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Ladislav Sopko</cp:lastModifiedBy>
  <cp:revision>3</cp:revision>
  <cp:lastPrinted>2026-02-06T08:35:00Z</cp:lastPrinted>
  <dcterms:created xsi:type="dcterms:W3CDTF">2026-02-11T19:28:00Z</dcterms:created>
  <dcterms:modified xsi:type="dcterms:W3CDTF">2026-02-11T19:40:00Z</dcterms:modified>
</cp:coreProperties>
</file>