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06B7" w:rsidRPr="007D766B" w:rsidRDefault="00DD5169" w:rsidP="00EA00D9">
      <w:pPr>
        <w:pStyle w:val="Nadpis1"/>
        <w:spacing w:before="0"/>
        <w:jc w:val="center"/>
        <w:rPr>
          <w:rFonts w:cstheme="majorHAnsi"/>
          <w:color w:val="auto"/>
          <w:szCs w:val="24"/>
          <w:lang w:val="sk-SK"/>
        </w:rPr>
      </w:pPr>
      <w:r w:rsidRPr="007D766B">
        <w:rPr>
          <w:rFonts w:cstheme="majorHAnsi"/>
          <w:caps/>
          <w:color w:val="auto"/>
          <w:szCs w:val="24"/>
          <w:lang w:val="sk-SK"/>
        </w:rPr>
        <w:t xml:space="preserve">ODPORúČACÍ FORMULÁR </w:t>
      </w:r>
      <w:r w:rsidR="00AA0C28" w:rsidRPr="007D766B">
        <w:rPr>
          <w:rFonts w:cstheme="majorHAnsi"/>
          <w:color w:val="auto"/>
          <w:szCs w:val="24"/>
          <w:lang w:val="sk-SK"/>
        </w:rPr>
        <w:t>NA ALOGÉNNU TRANSPLANTÁCI</w:t>
      </w:r>
      <w:r w:rsidR="00EA1C29" w:rsidRPr="007D766B">
        <w:rPr>
          <w:rFonts w:cstheme="majorHAnsi"/>
          <w:color w:val="auto"/>
          <w:szCs w:val="24"/>
          <w:lang w:val="sk-SK"/>
        </w:rPr>
        <w:t>U KRVOTVORNÝCH BUNIEK</w:t>
      </w:r>
    </w:p>
    <w:p w:rsidR="00EC06B7" w:rsidRPr="007A08FE" w:rsidRDefault="00EA1C29" w:rsidP="00B5659F">
      <w:pPr>
        <w:jc w:val="center"/>
        <w:rPr>
          <w:rFonts w:asciiTheme="majorHAnsi" w:hAnsiTheme="majorHAnsi" w:cstheme="majorHAnsi"/>
          <w:sz w:val="24"/>
          <w:lang w:val="sk-SK"/>
        </w:rPr>
      </w:pPr>
      <w:r w:rsidRPr="007A08FE">
        <w:rPr>
          <w:rFonts w:asciiTheme="majorHAnsi" w:hAnsiTheme="majorHAnsi" w:cstheme="majorHAnsi"/>
          <w:sz w:val="24"/>
          <w:lang w:val="sk-SK"/>
        </w:rPr>
        <w:t xml:space="preserve">Klinika hematológie a transfuziológie LF UK a UNB, </w:t>
      </w:r>
      <w:proofErr w:type="spellStart"/>
      <w:r w:rsidRPr="007A08FE">
        <w:rPr>
          <w:rFonts w:asciiTheme="majorHAnsi" w:hAnsiTheme="majorHAnsi" w:cstheme="majorHAnsi"/>
          <w:sz w:val="24"/>
          <w:lang w:val="sk-SK"/>
        </w:rPr>
        <w:t>nem</w:t>
      </w:r>
      <w:proofErr w:type="spellEnd"/>
      <w:r w:rsidRPr="007A08FE">
        <w:rPr>
          <w:rFonts w:asciiTheme="majorHAnsi" w:hAnsiTheme="majorHAnsi" w:cstheme="majorHAnsi"/>
          <w:sz w:val="24"/>
          <w:lang w:val="sk-SK"/>
        </w:rPr>
        <w:t>. sv. Cyrila a</w:t>
      </w:r>
      <w:r w:rsidR="00443E8F" w:rsidRPr="007A08FE">
        <w:rPr>
          <w:rFonts w:asciiTheme="majorHAnsi" w:hAnsiTheme="majorHAnsi" w:cstheme="majorHAnsi"/>
          <w:sz w:val="24"/>
          <w:lang w:val="sk-SK"/>
        </w:rPr>
        <w:t> </w:t>
      </w:r>
      <w:r w:rsidRPr="007A08FE">
        <w:rPr>
          <w:rFonts w:asciiTheme="majorHAnsi" w:hAnsiTheme="majorHAnsi" w:cstheme="majorHAnsi"/>
          <w:sz w:val="24"/>
          <w:lang w:val="sk-SK"/>
        </w:rPr>
        <w:t>Metoda</w:t>
      </w:r>
      <w:r w:rsidR="00443E8F" w:rsidRPr="007A08FE">
        <w:rPr>
          <w:rFonts w:asciiTheme="majorHAnsi" w:hAnsiTheme="majorHAnsi" w:cstheme="majorHAnsi"/>
          <w:sz w:val="24"/>
          <w:lang w:val="sk-SK"/>
        </w:rPr>
        <w:br/>
      </w:r>
      <w:r w:rsidRPr="007A08FE">
        <w:rPr>
          <w:rFonts w:asciiTheme="majorHAnsi" w:hAnsiTheme="majorHAnsi" w:cstheme="majorHAnsi"/>
          <w:sz w:val="24"/>
          <w:lang w:val="sk-SK"/>
        </w:rPr>
        <w:t>Antolská 11, 851 07 Bratislava</w:t>
      </w:r>
      <w:r w:rsidR="00443E8F" w:rsidRPr="007A08FE">
        <w:rPr>
          <w:rFonts w:asciiTheme="majorHAnsi" w:hAnsiTheme="majorHAnsi" w:cstheme="majorHAnsi"/>
          <w:sz w:val="24"/>
          <w:lang w:val="sk-SK"/>
        </w:rPr>
        <w:br/>
      </w:r>
      <w:r w:rsidRPr="007A08FE">
        <w:rPr>
          <w:rFonts w:asciiTheme="majorHAnsi" w:hAnsiTheme="majorHAnsi" w:cstheme="majorHAnsi"/>
          <w:sz w:val="24"/>
          <w:lang w:val="sk-SK"/>
        </w:rPr>
        <w:t xml:space="preserve">Tel.: 02-6867 3580 | E-mail: </w:t>
      </w:r>
      <w:r w:rsidR="008E4D5C" w:rsidRPr="007A08FE">
        <w:rPr>
          <w:rFonts w:asciiTheme="majorHAnsi" w:hAnsiTheme="majorHAnsi" w:cstheme="majorHAnsi"/>
          <w:sz w:val="24"/>
          <w:lang w:val="sk-SK"/>
        </w:rPr>
        <w:t>skbmdr@pe.unb.sk, sopko@pe.unb.sk</w:t>
      </w:r>
    </w:p>
    <w:p w:rsidR="00EC06B7" w:rsidRPr="001E7E9E" w:rsidRDefault="00EA1C29" w:rsidP="00AF38D6">
      <w:pPr>
        <w:pStyle w:val="Nadpis2"/>
        <w:spacing w:before="360" w:after="100" w:afterAutospacing="1"/>
        <w:rPr>
          <w:rFonts w:cstheme="majorHAnsi"/>
          <w:caps/>
          <w:color w:val="auto"/>
          <w:lang w:val="sk-SK"/>
        </w:rPr>
      </w:pPr>
      <w:r w:rsidRPr="001E7E9E">
        <w:rPr>
          <w:rFonts w:cstheme="majorHAnsi"/>
          <w:caps/>
          <w:color w:val="auto"/>
          <w:lang w:val="sk-SK"/>
        </w:rPr>
        <w:t>1. Údaje o pacientovi</w:t>
      </w:r>
    </w:p>
    <w:p w:rsidR="007A08FE" w:rsidRPr="007A08FE" w:rsidRDefault="00EA1C29" w:rsidP="00443E8F">
      <w:pPr>
        <w:spacing w:after="120"/>
        <w:rPr>
          <w:rFonts w:asciiTheme="majorHAnsi" w:hAnsiTheme="majorHAnsi" w:cstheme="majorHAnsi"/>
          <w:b/>
          <w:sz w:val="24"/>
          <w:szCs w:val="24"/>
          <w:lang w:val="sk-SK"/>
        </w:rPr>
      </w:pPr>
      <w:r w:rsidRPr="007A08FE">
        <w:rPr>
          <w:rFonts w:asciiTheme="majorHAnsi" w:hAnsiTheme="majorHAnsi" w:cstheme="majorHAnsi"/>
          <w:sz w:val="24"/>
          <w:szCs w:val="24"/>
          <w:lang w:val="sk-SK"/>
        </w:rPr>
        <w:t>Meno a priezvisko:</w:t>
      </w:r>
      <w:r w:rsidR="00B70EE8" w:rsidRPr="007A08FE">
        <w:rPr>
          <w:rFonts w:asciiTheme="majorHAnsi" w:hAnsiTheme="majorHAnsi" w:cstheme="majorHAnsi"/>
          <w:b/>
          <w:sz w:val="24"/>
          <w:szCs w:val="24"/>
          <w:lang w:val="sk-SK"/>
        </w:rPr>
        <w:t>___</w:t>
      </w:r>
      <w:r w:rsidR="007A08FE">
        <w:rPr>
          <w:rFonts w:asciiTheme="majorHAnsi" w:hAnsiTheme="majorHAnsi" w:cstheme="majorHAnsi"/>
          <w:b/>
          <w:sz w:val="24"/>
          <w:szCs w:val="24"/>
          <w:lang w:val="sk-SK"/>
        </w:rPr>
        <w:t>_______________________________________</w:t>
      </w:r>
      <w:r w:rsidR="00C11E4D" w:rsidRPr="007A08FE">
        <w:rPr>
          <w:rFonts w:asciiTheme="majorHAnsi" w:hAnsiTheme="majorHAnsi" w:cstheme="majorHAnsi"/>
          <w:b/>
          <w:sz w:val="24"/>
          <w:szCs w:val="24"/>
          <w:lang w:val="sk-SK"/>
        </w:rPr>
        <w:tab/>
      </w:r>
      <w:r w:rsidR="00C11E4D" w:rsidRPr="007A08FE">
        <w:rPr>
          <w:rFonts w:asciiTheme="majorHAnsi" w:hAnsiTheme="majorHAnsi" w:cstheme="majorHAnsi"/>
          <w:b/>
          <w:sz w:val="24"/>
          <w:szCs w:val="24"/>
          <w:lang w:val="sk-SK"/>
        </w:rPr>
        <w:tab/>
      </w:r>
    </w:p>
    <w:p w:rsidR="00443E8F" w:rsidRPr="007A08FE" w:rsidRDefault="00C11E4D" w:rsidP="00443E8F">
      <w:pPr>
        <w:spacing w:after="120"/>
        <w:rPr>
          <w:rFonts w:asciiTheme="majorHAnsi" w:hAnsiTheme="majorHAnsi" w:cstheme="majorHAnsi"/>
          <w:b/>
          <w:sz w:val="24"/>
          <w:szCs w:val="24"/>
          <w:lang w:val="sk-SK"/>
        </w:rPr>
      </w:pPr>
      <w:r w:rsidRPr="007A08FE">
        <w:rPr>
          <w:rFonts w:asciiTheme="majorHAnsi" w:hAnsiTheme="majorHAnsi" w:cstheme="majorHAnsi"/>
          <w:sz w:val="24"/>
          <w:szCs w:val="24"/>
          <w:lang w:val="sk-SK"/>
        </w:rPr>
        <w:t>Rodné číslo:</w:t>
      </w:r>
      <w:r w:rsidRPr="007A08FE">
        <w:rPr>
          <w:rFonts w:asciiTheme="majorHAnsi" w:hAnsiTheme="majorHAnsi" w:cstheme="majorHAnsi"/>
          <w:b/>
          <w:sz w:val="24"/>
          <w:szCs w:val="24"/>
          <w:lang w:val="sk-SK"/>
        </w:rPr>
        <w:t xml:space="preserve"> ___</w:t>
      </w:r>
      <w:r w:rsidR="007A08FE">
        <w:rPr>
          <w:rFonts w:asciiTheme="majorHAnsi" w:hAnsiTheme="majorHAnsi" w:cstheme="majorHAnsi"/>
          <w:b/>
          <w:sz w:val="24"/>
          <w:szCs w:val="24"/>
          <w:lang w:val="sk-SK"/>
        </w:rPr>
        <w:t>__________/__________</w:t>
      </w:r>
      <w:r w:rsidR="00F8354A" w:rsidRPr="007A08FE">
        <w:rPr>
          <w:rFonts w:asciiTheme="majorHAnsi" w:hAnsiTheme="majorHAnsi" w:cstheme="majorHAnsi"/>
          <w:b/>
          <w:sz w:val="24"/>
          <w:szCs w:val="24"/>
          <w:lang w:val="sk-SK"/>
        </w:rPr>
        <w:tab/>
      </w:r>
      <w:r w:rsidR="007A08FE" w:rsidRPr="007A08FE">
        <w:rPr>
          <w:rFonts w:asciiTheme="majorHAnsi" w:hAnsiTheme="majorHAnsi" w:cstheme="majorHAnsi"/>
          <w:b/>
          <w:sz w:val="24"/>
          <w:szCs w:val="24"/>
          <w:lang w:val="sk-SK"/>
        </w:rPr>
        <w:tab/>
      </w:r>
      <w:r w:rsidR="007A08FE" w:rsidRPr="007A08FE">
        <w:rPr>
          <w:rFonts w:asciiTheme="majorHAnsi" w:hAnsiTheme="majorHAnsi" w:cstheme="majorHAnsi"/>
          <w:b/>
          <w:sz w:val="24"/>
          <w:szCs w:val="24"/>
          <w:lang w:val="sk-SK"/>
        </w:rPr>
        <w:tab/>
      </w:r>
      <w:r w:rsidR="007A08FE" w:rsidRPr="007A08FE">
        <w:rPr>
          <w:rFonts w:asciiTheme="majorHAnsi" w:hAnsiTheme="majorHAnsi" w:cstheme="majorHAnsi"/>
          <w:b/>
          <w:sz w:val="24"/>
          <w:szCs w:val="24"/>
          <w:lang w:val="sk-SK"/>
        </w:rPr>
        <w:tab/>
      </w:r>
      <w:r w:rsidRPr="007A08FE">
        <w:rPr>
          <w:rFonts w:asciiTheme="majorHAnsi" w:hAnsiTheme="majorHAnsi" w:cstheme="majorHAnsi"/>
          <w:sz w:val="24"/>
          <w:szCs w:val="24"/>
          <w:lang w:val="sk-SK"/>
        </w:rPr>
        <w:t>ZP:</w:t>
      </w:r>
      <w:r w:rsidRPr="007A08FE">
        <w:rPr>
          <w:rFonts w:asciiTheme="majorHAnsi" w:hAnsiTheme="majorHAnsi" w:cstheme="majorHAnsi"/>
          <w:b/>
          <w:sz w:val="24"/>
          <w:szCs w:val="24"/>
          <w:lang w:val="sk-SK"/>
        </w:rPr>
        <w:t xml:space="preserve"> ___</w:t>
      </w:r>
    </w:p>
    <w:p w:rsidR="00EC06B7" w:rsidRPr="007A08FE" w:rsidRDefault="00C11E4D" w:rsidP="00443E8F">
      <w:pPr>
        <w:spacing w:after="120"/>
        <w:rPr>
          <w:rFonts w:asciiTheme="majorHAnsi" w:hAnsiTheme="majorHAnsi" w:cstheme="majorHAnsi"/>
          <w:b/>
          <w:sz w:val="24"/>
          <w:szCs w:val="24"/>
          <w:lang w:val="sk-SK"/>
        </w:rPr>
      </w:pPr>
      <w:r w:rsidRPr="007A08FE">
        <w:rPr>
          <w:rFonts w:asciiTheme="majorHAnsi" w:hAnsiTheme="majorHAnsi" w:cstheme="majorHAnsi"/>
          <w:sz w:val="24"/>
          <w:szCs w:val="24"/>
          <w:lang w:val="sk-SK"/>
        </w:rPr>
        <w:t>Bydlisko:</w:t>
      </w:r>
      <w:r w:rsidRPr="007A08FE">
        <w:rPr>
          <w:rFonts w:asciiTheme="majorHAnsi" w:hAnsiTheme="majorHAnsi" w:cstheme="majorHAnsi"/>
          <w:b/>
          <w:sz w:val="24"/>
          <w:szCs w:val="24"/>
          <w:lang w:val="sk-SK"/>
        </w:rPr>
        <w:t xml:space="preserve"> ___</w:t>
      </w:r>
      <w:r w:rsidR="00F8354A" w:rsidRPr="007A08FE">
        <w:rPr>
          <w:rFonts w:asciiTheme="majorHAnsi" w:hAnsiTheme="majorHAnsi" w:cstheme="majorHAnsi"/>
          <w:b/>
          <w:sz w:val="24"/>
          <w:szCs w:val="24"/>
          <w:lang w:val="sk-SK"/>
        </w:rPr>
        <w:tab/>
      </w:r>
      <w:r w:rsidR="00F8354A" w:rsidRPr="007A08FE">
        <w:rPr>
          <w:rFonts w:asciiTheme="majorHAnsi" w:hAnsiTheme="majorHAnsi" w:cstheme="majorHAnsi"/>
          <w:b/>
          <w:sz w:val="24"/>
          <w:szCs w:val="24"/>
          <w:lang w:val="sk-SK"/>
        </w:rPr>
        <w:tab/>
      </w:r>
      <w:r w:rsidR="00F00069" w:rsidRPr="007A08FE">
        <w:rPr>
          <w:rFonts w:asciiTheme="majorHAnsi" w:hAnsiTheme="majorHAnsi" w:cstheme="majorHAnsi"/>
          <w:b/>
          <w:sz w:val="24"/>
          <w:szCs w:val="24"/>
          <w:lang w:val="sk-SK"/>
        </w:rPr>
        <w:tab/>
      </w:r>
      <w:r w:rsidR="007A08FE" w:rsidRPr="007A08FE">
        <w:rPr>
          <w:rFonts w:asciiTheme="majorHAnsi" w:hAnsiTheme="majorHAnsi" w:cstheme="majorHAnsi"/>
          <w:b/>
          <w:sz w:val="24"/>
          <w:szCs w:val="24"/>
          <w:lang w:val="sk-SK"/>
        </w:rPr>
        <w:tab/>
      </w:r>
      <w:r w:rsidR="007A08FE" w:rsidRPr="007A08FE">
        <w:rPr>
          <w:rFonts w:asciiTheme="majorHAnsi" w:hAnsiTheme="majorHAnsi" w:cstheme="majorHAnsi"/>
          <w:b/>
          <w:sz w:val="24"/>
          <w:szCs w:val="24"/>
          <w:lang w:val="sk-SK"/>
        </w:rPr>
        <w:tab/>
      </w:r>
      <w:r w:rsidR="007A08FE" w:rsidRPr="007A08FE">
        <w:rPr>
          <w:rFonts w:asciiTheme="majorHAnsi" w:hAnsiTheme="majorHAnsi" w:cstheme="majorHAnsi"/>
          <w:b/>
          <w:sz w:val="24"/>
          <w:szCs w:val="24"/>
          <w:lang w:val="sk-SK"/>
        </w:rPr>
        <w:tab/>
      </w:r>
      <w:r w:rsidR="00F8354A" w:rsidRPr="007A08FE">
        <w:rPr>
          <w:rFonts w:asciiTheme="majorHAnsi" w:hAnsiTheme="majorHAnsi" w:cstheme="majorHAnsi"/>
          <w:sz w:val="24"/>
          <w:szCs w:val="24"/>
          <w:lang w:val="sk-SK"/>
        </w:rPr>
        <w:t>Kontaktné údaje (tel., e-mail):</w:t>
      </w:r>
      <w:r w:rsidR="00F8354A" w:rsidRPr="007A08FE">
        <w:rPr>
          <w:rFonts w:asciiTheme="majorHAnsi" w:hAnsiTheme="majorHAnsi" w:cstheme="majorHAnsi"/>
          <w:b/>
          <w:sz w:val="24"/>
          <w:szCs w:val="24"/>
          <w:lang w:val="sk-SK"/>
        </w:rPr>
        <w:t xml:space="preserve"> ___</w:t>
      </w:r>
    </w:p>
    <w:p w:rsidR="00443E8F" w:rsidRPr="007A08FE" w:rsidRDefault="008E4D5C" w:rsidP="00443E8F">
      <w:pPr>
        <w:spacing w:after="120"/>
        <w:rPr>
          <w:rFonts w:asciiTheme="majorHAnsi" w:hAnsiTheme="majorHAnsi" w:cstheme="majorHAnsi"/>
          <w:b/>
          <w:sz w:val="24"/>
          <w:szCs w:val="24"/>
          <w:lang w:val="sk-SK"/>
        </w:rPr>
      </w:pPr>
      <w:r w:rsidRPr="007A08FE">
        <w:rPr>
          <w:rFonts w:asciiTheme="majorHAnsi" w:hAnsiTheme="majorHAnsi" w:cstheme="majorHAnsi"/>
          <w:sz w:val="24"/>
          <w:szCs w:val="24"/>
          <w:lang w:val="sk-SK"/>
        </w:rPr>
        <w:t>Aktuálna v</w:t>
      </w:r>
      <w:r w:rsidR="00EB171F" w:rsidRPr="007A08FE">
        <w:rPr>
          <w:rFonts w:asciiTheme="majorHAnsi" w:hAnsiTheme="majorHAnsi" w:cstheme="majorHAnsi"/>
          <w:sz w:val="24"/>
          <w:szCs w:val="24"/>
          <w:lang w:val="sk-SK"/>
        </w:rPr>
        <w:t>ýška a</w:t>
      </w:r>
      <w:r w:rsidR="00443E8F" w:rsidRPr="007A08FE">
        <w:rPr>
          <w:rFonts w:asciiTheme="majorHAnsi" w:hAnsiTheme="majorHAnsi" w:cstheme="majorHAnsi"/>
          <w:sz w:val="24"/>
          <w:szCs w:val="24"/>
          <w:lang w:val="sk-SK"/>
        </w:rPr>
        <w:t> </w:t>
      </w:r>
      <w:r w:rsidR="00EB171F" w:rsidRPr="007A08FE">
        <w:rPr>
          <w:rFonts w:asciiTheme="majorHAnsi" w:hAnsiTheme="majorHAnsi" w:cstheme="majorHAnsi"/>
          <w:sz w:val="24"/>
          <w:szCs w:val="24"/>
          <w:lang w:val="sk-SK"/>
        </w:rPr>
        <w:t>váha</w:t>
      </w:r>
      <w:r w:rsidR="00443E8F" w:rsidRPr="007A08FE">
        <w:rPr>
          <w:rFonts w:asciiTheme="majorHAnsi" w:hAnsiTheme="majorHAnsi" w:cstheme="majorHAnsi"/>
          <w:sz w:val="24"/>
          <w:szCs w:val="24"/>
          <w:lang w:val="sk-SK"/>
        </w:rPr>
        <w:t>:</w:t>
      </w:r>
      <w:r w:rsidR="00B70EE8" w:rsidRPr="007A08FE">
        <w:rPr>
          <w:rFonts w:asciiTheme="majorHAnsi" w:hAnsiTheme="majorHAnsi" w:cstheme="majorHAnsi"/>
          <w:b/>
          <w:sz w:val="24"/>
          <w:szCs w:val="24"/>
          <w:lang w:val="sk-SK"/>
        </w:rPr>
        <w:tab/>
        <w:t>___</w:t>
      </w:r>
      <w:r w:rsidR="00B70EE8" w:rsidRPr="007A08FE">
        <w:rPr>
          <w:rFonts w:asciiTheme="majorHAnsi" w:hAnsiTheme="majorHAnsi" w:cstheme="majorHAnsi"/>
          <w:b/>
          <w:sz w:val="24"/>
          <w:szCs w:val="24"/>
          <w:lang w:val="sk-SK"/>
        </w:rPr>
        <w:tab/>
      </w:r>
      <w:r w:rsidR="007A08FE" w:rsidRPr="007A08FE">
        <w:rPr>
          <w:rFonts w:asciiTheme="majorHAnsi" w:hAnsiTheme="majorHAnsi" w:cstheme="majorHAnsi"/>
          <w:b/>
          <w:sz w:val="24"/>
          <w:szCs w:val="24"/>
          <w:lang w:val="sk-SK"/>
        </w:rPr>
        <w:tab/>
      </w:r>
      <w:r w:rsidR="007A08FE" w:rsidRPr="007A08FE">
        <w:rPr>
          <w:rFonts w:asciiTheme="majorHAnsi" w:hAnsiTheme="majorHAnsi" w:cstheme="majorHAnsi"/>
          <w:b/>
          <w:sz w:val="24"/>
          <w:szCs w:val="24"/>
          <w:lang w:val="sk-SK"/>
        </w:rPr>
        <w:tab/>
      </w:r>
      <w:r w:rsidR="007A08FE" w:rsidRPr="007A08FE">
        <w:rPr>
          <w:rFonts w:asciiTheme="majorHAnsi" w:hAnsiTheme="majorHAnsi" w:cstheme="majorHAnsi"/>
          <w:b/>
          <w:sz w:val="24"/>
          <w:szCs w:val="24"/>
          <w:lang w:val="sk-SK"/>
        </w:rPr>
        <w:tab/>
      </w:r>
      <w:r w:rsidR="00EB171F" w:rsidRPr="007A08FE">
        <w:rPr>
          <w:rFonts w:asciiTheme="majorHAnsi" w:hAnsiTheme="majorHAnsi" w:cstheme="majorHAnsi"/>
          <w:sz w:val="24"/>
          <w:szCs w:val="24"/>
          <w:lang w:val="sk-SK"/>
        </w:rPr>
        <w:t>K</w:t>
      </w:r>
      <w:r w:rsidRPr="007A08FE">
        <w:rPr>
          <w:rFonts w:asciiTheme="majorHAnsi" w:hAnsiTheme="majorHAnsi" w:cstheme="majorHAnsi"/>
          <w:sz w:val="24"/>
          <w:szCs w:val="24"/>
          <w:lang w:val="sk-SK"/>
        </w:rPr>
        <w:t>rvná skupina</w:t>
      </w:r>
      <w:r w:rsidR="00443E8F" w:rsidRPr="007A08FE">
        <w:rPr>
          <w:rFonts w:asciiTheme="majorHAnsi" w:hAnsiTheme="majorHAnsi" w:cstheme="majorHAnsi"/>
          <w:sz w:val="24"/>
          <w:szCs w:val="24"/>
          <w:lang w:val="sk-SK"/>
        </w:rPr>
        <w:t>:</w:t>
      </w:r>
      <w:r w:rsidR="00B70EE8" w:rsidRPr="007A08FE">
        <w:rPr>
          <w:rFonts w:asciiTheme="majorHAnsi" w:hAnsiTheme="majorHAnsi" w:cstheme="majorHAnsi"/>
          <w:b/>
          <w:sz w:val="24"/>
          <w:szCs w:val="24"/>
          <w:lang w:val="sk-SK"/>
        </w:rPr>
        <w:t>___</w:t>
      </w:r>
    </w:p>
    <w:p w:rsidR="00250A0E" w:rsidRPr="007A08FE" w:rsidRDefault="009B02EC" w:rsidP="00443E8F">
      <w:pPr>
        <w:rPr>
          <w:rFonts w:asciiTheme="majorHAnsi" w:hAnsiTheme="majorHAnsi" w:cstheme="majorHAnsi"/>
          <w:b/>
          <w:i/>
          <w:sz w:val="24"/>
          <w:szCs w:val="24"/>
          <w:lang w:val="sk-SK"/>
        </w:rPr>
      </w:pPr>
      <w:r w:rsidRPr="007A08FE">
        <w:rPr>
          <w:rFonts w:asciiTheme="majorHAnsi" w:hAnsiTheme="majorHAnsi" w:cstheme="majorHAnsi"/>
          <w:sz w:val="24"/>
          <w:szCs w:val="24"/>
          <w:lang w:val="sk-SK"/>
        </w:rPr>
        <w:t xml:space="preserve">CMV </w:t>
      </w:r>
      <w:proofErr w:type="spellStart"/>
      <w:r w:rsidR="00D86C55" w:rsidRPr="007A08FE">
        <w:rPr>
          <w:rFonts w:asciiTheme="majorHAnsi" w:hAnsiTheme="majorHAnsi" w:cstheme="majorHAnsi"/>
          <w:sz w:val="24"/>
          <w:szCs w:val="24"/>
          <w:lang w:val="sk-SK"/>
        </w:rPr>
        <w:t>IgG</w:t>
      </w:r>
      <w:r w:rsidRPr="007A08FE">
        <w:rPr>
          <w:rFonts w:asciiTheme="majorHAnsi" w:hAnsiTheme="majorHAnsi" w:cstheme="majorHAnsi"/>
          <w:sz w:val="24"/>
          <w:szCs w:val="24"/>
          <w:lang w:val="sk-SK"/>
        </w:rPr>
        <w:t>status</w:t>
      </w:r>
      <w:proofErr w:type="spellEnd"/>
      <w:r w:rsidRPr="007A08FE">
        <w:rPr>
          <w:rFonts w:asciiTheme="majorHAnsi" w:hAnsiTheme="majorHAnsi" w:cstheme="majorHAnsi"/>
          <w:sz w:val="24"/>
          <w:szCs w:val="24"/>
          <w:lang w:val="sk-SK"/>
        </w:rPr>
        <w:t>:</w:t>
      </w:r>
      <w:r w:rsidRPr="007A08FE">
        <w:rPr>
          <w:rFonts w:asciiTheme="majorHAnsi" w:hAnsiTheme="majorHAnsi" w:cstheme="majorHAnsi"/>
          <w:b/>
          <w:sz w:val="24"/>
          <w:szCs w:val="24"/>
          <w:lang w:val="sk-SK"/>
        </w:rPr>
        <w:t xml:space="preserve"> ___</w:t>
      </w:r>
    </w:p>
    <w:p w:rsidR="008A533B" w:rsidRDefault="00EA1C29" w:rsidP="00AF38D6">
      <w:pPr>
        <w:pStyle w:val="Nadpis2"/>
        <w:spacing w:after="100" w:afterAutospacing="1"/>
        <w:rPr>
          <w:rFonts w:cstheme="majorHAnsi"/>
          <w:caps/>
          <w:color w:val="auto"/>
          <w:lang w:val="sk-SK"/>
        </w:rPr>
      </w:pPr>
      <w:r w:rsidRPr="001E7E9E">
        <w:rPr>
          <w:rFonts w:cstheme="majorHAnsi"/>
          <w:caps/>
          <w:color w:val="auto"/>
          <w:lang w:val="sk-SK"/>
        </w:rPr>
        <w:t xml:space="preserve">2. </w:t>
      </w:r>
      <w:r w:rsidR="000E7A47">
        <w:rPr>
          <w:rFonts w:cstheme="majorHAnsi"/>
          <w:caps/>
          <w:color w:val="auto"/>
          <w:lang w:val="sk-SK"/>
        </w:rPr>
        <w:t>POTENCIÁLNY DARCA</w:t>
      </w:r>
    </w:p>
    <w:p w:rsidR="008A533B" w:rsidRPr="007A08FE" w:rsidRDefault="002B3F96" w:rsidP="008A533B">
      <w:pPr>
        <w:rPr>
          <w:rFonts w:asciiTheme="majorHAnsi" w:hAnsiTheme="majorHAnsi" w:cstheme="majorHAnsi"/>
          <w:spacing w:val="-5"/>
          <w:sz w:val="24"/>
          <w:szCs w:val="24"/>
          <w:lang w:val="sk-SK"/>
        </w:rPr>
      </w:pPr>
      <w:r w:rsidRPr="007A08FE">
        <w:rPr>
          <w:rFonts w:ascii="Wingdings" w:hAnsi="Wingdings"/>
          <w:position w:val="1"/>
          <w:lang w:val="sk-SK"/>
        </w:rPr>
        <w:t></w:t>
      </w:r>
      <w:proofErr w:type="spellStart"/>
      <w:r w:rsidR="000E7A47" w:rsidRPr="007A08FE">
        <w:rPr>
          <w:rFonts w:asciiTheme="majorHAnsi" w:hAnsiTheme="majorHAnsi" w:cstheme="majorHAnsi"/>
          <w:spacing w:val="-5"/>
          <w:sz w:val="24"/>
          <w:szCs w:val="24"/>
          <w:lang w:val="sk-SK"/>
        </w:rPr>
        <w:t>sibling</w:t>
      </w:r>
      <w:proofErr w:type="spellEnd"/>
      <w:r w:rsidRPr="007A08FE">
        <w:rPr>
          <w:rFonts w:asciiTheme="majorHAnsi" w:hAnsiTheme="majorHAnsi" w:cstheme="majorHAnsi"/>
          <w:spacing w:val="-5"/>
          <w:sz w:val="24"/>
          <w:szCs w:val="24"/>
          <w:lang w:val="sk-SK"/>
        </w:rPr>
        <w:br/>
      </w:r>
      <w:r w:rsidRPr="007A08FE">
        <w:rPr>
          <w:rFonts w:ascii="Wingdings" w:hAnsi="Wingdings"/>
          <w:position w:val="1"/>
          <w:lang w:val="sk-SK"/>
        </w:rPr>
        <w:t></w:t>
      </w:r>
      <w:r w:rsidR="000E7A47" w:rsidRPr="007A08FE">
        <w:rPr>
          <w:rFonts w:asciiTheme="majorHAnsi" w:hAnsiTheme="majorHAnsi" w:cstheme="majorHAnsi"/>
          <w:spacing w:val="-5"/>
          <w:sz w:val="24"/>
          <w:szCs w:val="24"/>
          <w:lang w:val="sk-SK"/>
        </w:rPr>
        <w:t>MUD</w:t>
      </w:r>
      <w:r w:rsidR="00C057F6" w:rsidRPr="007A08FE">
        <w:rPr>
          <w:rFonts w:asciiTheme="majorHAnsi" w:hAnsiTheme="majorHAnsi" w:cstheme="majorHAnsi"/>
          <w:spacing w:val="-5"/>
          <w:sz w:val="24"/>
          <w:szCs w:val="24"/>
          <w:lang w:val="sk-SK"/>
        </w:rPr>
        <w:t xml:space="preserve"> (v prípade nedostupnosti </w:t>
      </w:r>
      <w:proofErr w:type="spellStart"/>
      <w:r w:rsidR="00C057F6" w:rsidRPr="007A08FE">
        <w:rPr>
          <w:rFonts w:asciiTheme="majorHAnsi" w:hAnsiTheme="majorHAnsi" w:cstheme="majorHAnsi"/>
          <w:spacing w:val="-5"/>
          <w:sz w:val="24"/>
          <w:szCs w:val="24"/>
          <w:lang w:val="sk-SK"/>
        </w:rPr>
        <w:t>sibling</w:t>
      </w:r>
      <w:proofErr w:type="spellEnd"/>
      <w:r w:rsidR="00C057F6" w:rsidRPr="007A08FE">
        <w:rPr>
          <w:rFonts w:asciiTheme="majorHAnsi" w:hAnsiTheme="majorHAnsi" w:cstheme="majorHAnsi"/>
          <w:spacing w:val="-5"/>
          <w:sz w:val="24"/>
          <w:szCs w:val="24"/>
          <w:lang w:val="sk-SK"/>
        </w:rPr>
        <w:t xml:space="preserve">) </w:t>
      </w:r>
      <w:r w:rsidRPr="007A08FE">
        <w:rPr>
          <w:rFonts w:asciiTheme="majorHAnsi" w:hAnsiTheme="majorHAnsi" w:cstheme="majorHAnsi"/>
          <w:spacing w:val="-5"/>
          <w:sz w:val="24"/>
          <w:szCs w:val="24"/>
          <w:lang w:val="sk-SK"/>
        </w:rPr>
        <w:br/>
      </w:r>
      <w:r w:rsidR="00C057F6" w:rsidRPr="007A08FE">
        <w:rPr>
          <w:rFonts w:ascii="Wingdings" w:hAnsi="Wingdings"/>
          <w:position w:val="1"/>
          <w:lang w:val="sk-SK"/>
        </w:rPr>
        <w:t></w:t>
      </w:r>
      <w:proofErr w:type="spellStart"/>
      <w:r w:rsidR="00C057F6" w:rsidRPr="007A08FE">
        <w:rPr>
          <w:rFonts w:asciiTheme="majorHAnsi" w:hAnsiTheme="majorHAnsi" w:cstheme="majorHAnsi"/>
          <w:spacing w:val="-5"/>
          <w:sz w:val="24"/>
          <w:szCs w:val="24"/>
          <w:lang w:val="sk-SK"/>
        </w:rPr>
        <w:t>haploidentická</w:t>
      </w:r>
      <w:proofErr w:type="spellEnd"/>
      <w:r w:rsidR="00C057F6" w:rsidRPr="007A08FE">
        <w:rPr>
          <w:rFonts w:asciiTheme="majorHAnsi" w:hAnsiTheme="majorHAnsi" w:cstheme="majorHAnsi"/>
          <w:i/>
          <w:spacing w:val="-5"/>
          <w:sz w:val="24"/>
          <w:szCs w:val="24"/>
          <w:lang w:val="sk-SK"/>
        </w:rPr>
        <w:t>(</w:t>
      </w:r>
      <w:r w:rsidR="00C057F6" w:rsidRPr="007A08FE">
        <w:rPr>
          <w:rFonts w:asciiTheme="majorHAnsi" w:hAnsiTheme="majorHAnsi" w:cstheme="majorHAnsi"/>
          <w:i/>
          <w:sz w:val="24"/>
          <w:szCs w:val="24"/>
          <w:lang w:val="sk-SK"/>
        </w:rPr>
        <w:t>uviesť vzťah - napr. brat, sestra, otec, syn):</w:t>
      </w:r>
    </w:p>
    <w:p w:rsidR="008B22FD" w:rsidRPr="001E7E9E" w:rsidRDefault="008A533B" w:rsidP="00AF38D6">
      <w:pPr>
        <w:pStyle w:val="Nadpis2"/>
        <w:spacing w:after="100" w:afterAutospacing="1"/>
        <w:rPr>
          <w:rFonts w:cstheme="majorHAnsi"/>
          <w:caps/>
          <w:color w:val="auto"/>
          <w:lang w:val="sk-SK"/>
        </w:rPr>
      </w:pPr>
      <w:r>
        <w:rPr>
          <w:rFonts w:cstheme="majorHAnsi"/>
          <w:caps/>
          <w:color w:val="auto"/>
          <w:lang w:val="sk-SK"/>
        </w:rPr>
        <w:t xml:space="preserve">3. </w:t>
      </w:r>
      <w:r w:rsidR="00146FAA" w:rsidRPr="001E7E9E">
        <w:rPr>
          <w:rFonts w:cstheme="majorHAnsi"/>
          <w:caps/>
          <w:color w:val="auto"/>
          <w:lang w:val="sk-SK"/>
        </w:rPr>
        <w:t>ZDRAVOTNÝ STAV A DIAGNÓZA</w:t>
      </w:r>
    </w:p>
    <w:p w:rsidR="004B3D5B" w:rsidRPr="007A08FE" w:rsidRDefault="004B3D5B" w:rsidP="004B3D5B">
      <w:pPr>
        <w:rPr>
          <w:rFonts w:asciiTheme="majorHAnsi" w:hAnsiTheme="majorHAnsi" w:cstheme="majorHAnsi"/>
          <w:b/>
          <w:szCs w:val="24"/>
          <w:lang w:val="sk-SK"/>
        </w:rPr>
      </w:pPr>
      <w:r w:rsidRPr="007A08FE">
        <w:rPr>
          <w:rFonts w:asciiTheme="majorHAnsi" w:hAnsiTheme="majorHAnsi" w:cstheme="majorHAnsi"/>
          <w:sz w:val="24"/>
          <w:szCs w:val="24"/>
          <w:lang w:val="sk-SK"/>
        </w:rPr>
        <w:t>Diagnóza (</w:t>
      </w:r>
      <w:proofErr w:type="spellStart"/>
      <w:r w:rsidRPr="007A08FE">
        <w:rPr>
          <w:rFonts w:asciiTheme="majorHAnsi" w:hAnsiTheme="majorHAnsi" w:cstheme="majorHAnsi"/>
          <w:sz w:val="24"/>
          <w:szCs w:val="24"/>
          <w:lang w:val="sk-SK"/>
        </w:rPr>
        <w:t>MKCH+slovom</w:t>
      </w:r>
      <w:proofErr w:type="spellEnd"/>
      <w:r w:rsidRPr="007A08FE">
        <w:rPr>
          <w:rFonts w:asciiTheme="majorHAnsi" w:hAnsiTheme="majorHAnsi" w:cstheme="majorHAnsi"/>
          <w:sz w:val="24"/>
          <w:szCs w:val="24"/>
          <w:lang w:val="sk-SK"/>
        </w:rPr>
        <w:t>, uviesť podľa ktorej klasifikácie, dátum stanovenia diagnózy, genetický profil, event. riziková skupina)</w:t>
      </w:r>
      <w:r w:rsidRPr="007A08FE">
        <w:rPr>
          <w:rFonts w:asciiTheme="majorHAnsi" w:hAnsiTheme="majorHAnsi" w:cstheme="majorHAnsi"/>
          <w:i/>
          <w:szCs w:val="24"/>
          <w:lang w:val="sk-SK"/>
        </w:rPr>
        <w:t>*</w:t>
      </w:r>
      <w:r w:rsidRPr="007A08FE">
        <w:rPr>
          <w:rFonts w:asciiTheme="majorHAnsi" w:hAnsiTheme="majorHAnsi" w:cstheme="majorHAnsi"/>
          <w:sz w:val="24"/>
          <w:szCs w:val="24"/>
          <w:lang w:val="sk-SK"/>
        </w:rPr>
        <w:t xml:space="preserve">: </w:t>
      </w:r>
      <w:r w:rsidRPr="007A08FE">
        <w:rPr>
          <w:rFonts w:asciiTheme="majorHAnsi" w:hAnsiTheme="majorHAnsi" w:cstheme="majorHAnsi"/>
          <w:b/>
          <w:sz w:val="24"/>
          <w:szCs w:val="24"/>
          <w:lang w:val="sk-SK"/>
        </w:rPr>
        <w:t>___</w:t>
      </w:r>
      <w:r w:rsidRPr="007A08FE">
        <w:rPr>
          <w:rFonts w:asciiTheme="majorHAnsi" w:hAnsiTheme="majorHAnsi" w:cstheme="majorHAnsi"/>
          <w:b/>
          <w:sz w:val="24"/>
          <w:szCs w:val="24"/>
          <w:lang w:val="sk-SK"/>
        </w:rPr>
        <w:br/>
      </w:r>
      <w:r w:rsidRPr="007A08FE">
        <w:rPr>
          <w:rFonts w:asciiTheme="majorHAnsi" w:hAnsiTheme="majorHAnsi" w:cstheme="majorHAnsi"/>
          <w:i/>
          <w:szCs w:val="24"/>
          <w:lang w:val="sk-SK"/>
        </w:rPr>
        <w:t>* Pri AML priložiť výsledok genetického vyšetrenia vrátane výsledkov NGS, pri ALL výsledky MRD</w:t>
      </w:r>
    </w:p>
    <w:p w:rsidR="00146FAA" w:rsidRPr="007A08FE" w:rsidRDefault="00146FAA" w:rsidP="008B22FD">
      <w:pPr>
        <w:rPr>
          <w:rFonts w:asciiTheme="majorHAnsi" w:hAnsiTheme="majorHAnsi" w:cstheme="majorHAnsi"/>
          <w:b/>
          <w:sz w:val="24"/>
          <w:szCs w:val="24"/>
          <w:lang w:val="sk-SK"/>
        </w:rPr>
      </w:pPr>
      <w:r w:rsidRPr="007A08FE">
        <w:rPr>
          <w:rFonts w:asciiTheme="majorHAnsi" w:hAnsiTheme="majorHAnsi" w:cstheme="majorHAnsi"/>
          <w:sz w:val="24"/>
          <w:szCs w:val="24"/>
          <w:lang w:val="sk-SK"/>
        </w:rPr>
        <w:t xml:space="preserve">Aktuálny stav ochorenia (napr. počas indukcie, 1.KR, </w:t>
      </w:r>
      <w:r w:rsidR="00902214" w:rsidRPr="007A08FE">
        <w:rPr>
          <w:rFonts w:asciiTheme="majorHAnsi" w:hAnsiTheme="majorHAnsi" w:cstheme="majorHAnsi"/>
          <w:sz w:val="24"/>
          <w:szCs w:val="24"/>
          <w:lang w:val="sk-SK"/>
        </w:rPr>
        <w:t xml:space="preserve">MRD </w:t>
      </w:r>
      <w:proofErr w:type="spellStart"/>
      <w:r w:rsidR="00902214" w:rsidRPr="007A08FE">
        <w:rPr>
          <w:rFonts w:asciiTheme="majorHAnsi" w:hAnsiTheme="majorHAnsi" w:cstheme="majorHAnsi"/>
          <w:sz w:val="24"/>
          <w:szCs w:val="24"/>
          <w:lang w:val="sk-SK"/>
        </w:rPr>
        <w:t>negat</w:t>
      </w:r>
      <w:proofErr w:type="spellEnd"/>
      <w:r w:rsidR="00902214" w:rsidRPr="007A08FE">
        <w:rPr>
          <w:rFonts w:asciiTheme="majorHAnsi" w:hAnsiTheme="majorHAnsi" w:cstheme="majorHAnsi"/>
          <w:sz w:val="24"/>
          <w:szCs w:val="24"/>
          <w:lang w:val="sk-SK"/>
        </w:rPr>
        <w:t>/</w:t>
      </w:r>
      <w:proofErr w:type="spellStart"/>
      <w:r w:rsidR="00902214" w:rsidRPr="007A08FE">
        <w:rPr>
          <w:rFonts w:asciiTheme="majorHAnsi" w:hAnsiTheme="majorHAnsi" w:cstheme="majorHAnsi"/>
          <w:sz w:val="24"/>
          <w:szCs w:val="24"/>
          <w:lang w:val="sk-SK"/>
        </w:rPr>
        <w:t>pozit</w:t>
      </w:r>
      <w:proofErr w:type="spellEnd"/>
      <w:r w:rsidR="00902214" w:rsidRPr="007A08FE">
        <w:rPr>
          <w:rFonts w:asciiTheme="majorHAnsi" w:hAnsiTheme="majorHAnsi" w:cstheme="majorHAnsi"/>
          <w:sz w:val="24"/>
          <w:szCs w:val="24"/>
          <w:lang w:val="sk-SK"/>
        </w:rPr>
        <w:t xml:space="preserve">, </w:t>
      </w:r>
      <w:proofErr w:type="spellStart"/>
      <w:r w:rsidRPr="007A08FE">
        <w:rPr>
          <w:rFonts w:asciiTheme="majorHAnsi" w:hAnsiTheme="majorHAnsi" w:cstheme="majorHAnsi"/>
          <w:sz w:val="24"/>
          <w:szCs w:val="24"/>
          <w:lang w:val="sk-SK"/>
        </w:rPr>
        <w:t>relaps</w:t>
      </w:r>
      <w:proofErr w:type="spellEnd"/>
      <w:r w:rsidRPr="007A08FE">
        <w:rPr>
          <w:rFonts w:asciiTheme="majorHAnsi" w:hAnsiTheme="majorHAnsi" w:cstheme="majorHAnsi"/>
          <w:sz w:val="24"/>
          <w:szCs w:val="24"/>
          <w:lang w:val="sk-SK"/>
        </w:rPr>
        <w:t>, ...):</w:t>
      </w:r>
      <w:r w:rsidR="007D766B" w:rsidRPr="007A08FE">
        <w:rPr>
          <w:rFonts w:asciiTheme="majorHAnsi" w:hAnsiTheme="majorHAnsi" w:cstheme="majorHAnsi"/>
          <w:b/>
          <w:sz w:val="24"/>
          <w:szCs w:val="24"/>
          <w:lang w:val="sk-SK"/>
        </w:rPr>
        <w:t xml:space="preserve"> ___</w:t>
      </w:r>
    </w:p>
    <w:p w:rsidR="007D766B" w:rsidRPr="007A08FE" w:rsidRDefault="007D766B" w:rsidP="007D766B">
      <w:pPr>
        <w:rPr>
          <w:rFonts w:asciiTheme="majorHAnsi" w:hAnsiTheme="majorHAnsi" w:cstheme="majorHAnsi"/>
          <w:b/>
          <w:sz w:val="24"/>
          <w:szCs w:val="24"/>
          <w:lang w:val="sk-SK"/>
        </w:rPr>
      </w:pPr>
      <w:r w:rsidRPr="007A08FE">
        <w:rPr>
          <w:rFonts w:asciiTheme="majorHAnsi" w:hAnsiTheme="majorHAnsi" w:cstheme="majorHAnsi"/>
          <w:sz w:val="24"/>
          <w:szCs w:val="24"/>
          <w:lang w:val="sk-SK"/>
        </w:rPr>
        <w:t>Pridružené ochorenia (OA):</w:t>
      </w:r>
      <w:r w:rsidRPr="007A08FE">
        <w:rPr>
          <w:rFonts w:asciiTheme="majorHAnsi" w:hAnsiTheme="majorHAnsi" w:cstheme="majorHAnsi"/>
          <w:b/>
          <w:sz w:val="24"/>
          <w:szCs w:val="24"/>
          <w:lang w:val="sk-SK"/>
        </w:rPr>
        <w:t xml:space="preserve"> ___</w:t>
      </w:r>
    </w:p>
    <w:p w:rsidR="007D766B" w:rsidRPr="007A08FE" w:rsidRDefault="00146FAA" w:rsidP="00146FAA">
      <w:pPr>
        <w:rPr>
          <w:rFonts w:asciiTheme="majorHAnsi" w:hAnsiTheme="majorHAnsi" w:cstheme="majorHAnsi"/>
          <w:b/>
          <w:sz w:val="24"/>
          <w:szCs w:val="24"/>
          <w:lang w:val="sk-SK"/>
        </w:rPr>
      </w:pPr>
      <w:r w:rsidRPr="007A08FE">
        <w:rPr>
          <w:rFonts w:asciiTheme="majorHAnsi" w:hAnsiTheme="majorHAnsi" w:cstheme="majorHAnsi"/>
          <w:sz w:val="24"/>
          <w:szCs w:val="24"/>
          <w:lang w:val="sk-SK"/>
        </w:rPr>
        <w:t xml:space="preserve">Stručná </w:t>
      </w:r>
      <w:proofErr w:type="spellStart"/>
      <w:r w:rsidRPr="007A08FE">
        <w:rPr>
          <w:rFonts w:asciiTheme="majorHAnsi" w:hAnsiTheme="majorHAnsi" w:cstheme="majorHAnsi"/>
          <w:sz w:val="24"/>
          <w:szCs w:val="24"/>
          <w:lang w:val="sk-SK"/>
        </w:rPr>
        <w:t>epikríza</w:t>
      </w:r>
      <w:proofErr w:type="spellEnd"/>
      <w:r w:rsidRPr="007A08FE">
        <w:rPr>
          <w:rFonts w:asciiTheme="majorHAnsi" w:hAnsiTheme="majorHAnsi" w:cstheme="majorHAnsi"/>
          <w:sz w:val="24"/>
          <w:szCs w:val="24"/>
          <w:lang w:val="sk-SK"/>
        </w:rPr>
        <w:t xml:space="preserve"> s doterajšia liečbou + relevantné informácie:</w:t>
      </w:r>
      <w:r w:rsidRPr="007A08FE">
        <w:rPr>
          <w:rFonts w:asciiTheme="majorHAnsi" w:hAnsiTheme="majorHAnsi" w:cstheme="majorHAnsi"/>
          <w:b/>
          <w:sz w:val="24"/>
          <w:szCs w:val="24"/>
          <w:lang w:val="sk-SK"/>
        </w:rPr>
        <w:t xml:space="preserve"> ___</w:t>
      </w:r>
    </w:p>
    <w:tbl>
      <w:tblPr>
        <w:tblStyle w:val="GridTable4-Accent11"/>
        <w:tblW w:w="10011" w:type="dxa"/>
        <w:tblLook w:val="04A0"/>
      </w:tblPr>
      <w:tblGrid>
        <w:gridCol w:w="2093"/>
        <w:gridCol w:w="1911"/>
        <w:gridCol w:w="2002"/>
        <w:gridCol w:w="2002"/>
        <w:gridCol w:w="2003"/>
      </w:tblGrid>
      <w:tr w:rsidR="008B22FD" w:rsidRPr="001E7E9E" w:rsidTr="002E26F1">
        <w:trPr>
          <w:cnfStyle w:val="100000000000"/>
          <w:trHeight w:val="340"/>
        </w:trPr>
        <w:tc>
          <w:tcPr>
            <w:cnfStyle w:val="001000000000"/>
            <w:tcW w:w="2093" w:type="dxa"/>
            <w:shd w:val="clear" w:color="auto" w:fill="000000" w:themeFill="text1"/>
          </w:tcPr>
          <w:p w:rsidR="008B22FD" w:rsidRPr="001E7E9E" w:rsidRDefault="008B22FD" w:rsidP="004608C9">
            <w:pPr>
              <w:rPr>
                <w:rFonts w:asciiTheme="majorHAnsi" w:hAnsiTheme="majorHAnsi" w:cstheme="majorHAnsi"/>
                <w:lang w:val="sk-SK"/>
              </w:rPr>
            </w:pPr>
            <w:r w:rsidRPr="001E7E9E">
              <w:rPr>
                <w:rFonts w:asciiTheme="majorHAnsi" w:hAnsiTheme="majorHAnsi" w:cstheme="majorHAnsi"/>
                <w:lang w:val="sk-SK"/>
              </w:rPr>
              <w:t>DRUH LIEČBY (ICHT,KCHT,....)</w:t>
            </w:r>
          </w:p>
        </w:tc>
        <w:tc>
          <w:tcPr>
            <w:tcW w:w="1911" w:type="dxa"/>
            <w:shd w:val="clear" w:color="auto" w:fill="000000" w:themeFill="text1"/>
          </w:tcPr>
          <w:p w:rsidR="008B22FD" w:rsidRPr="001E7E9E" w:rsidRDefault="008B22FD" w:rsidP="004608C9">
            <w:pPr>
              <w:cnfStyle w:val="100000000000"/>
              <w:rPr>
                <w:rFonts w:asciiTheme="majorHAnsi" w:hAnsiTheme="majorHAnsi" w:cstheme="majorHAnsi"/>
                <w:lang w:val="sk-SK"/>
              </w:rPr>
            </w:pPr>
            <w:r w:rsidRPr="001E7E9E">
              <w:rPr>
                <w:rFonts w:asciiTheme="majorHAnsi" w:hAnsiTheme="majorHAnsi" w:cstheme="majorHAnsi"/>
                <w:lang w:val="sk-SK"/>
              </w:rPr>
              <w:t>REŽIM (DA 7+3, AZA+VEN,....)</w:t>
            </w:r>
          </w:p>
        </w:tc>
        <w:tc>
          <w:tcPr>
            <w:tcW w:w="2002" w:type="dxa"/>
            <w:shd w:val="clear" w:color="auto" w:fill="000000" w:themeFill="text1"/>
          </w:tcPr>
          <w:p w:rsidR="008B22FD" w:rsidRPr="001E7E9E" w:rsidRDefault="008B22FD" w:rsidP="004608C9">
            <w:pPr>
              <w:cnfStyle w:val="100000000000"/>
              <w:rPr>
                <w:rFonts w:asciiTheme="majorHAnsi" w:hAnsiTheme="majorHAnsi" w:cstheme="majorHAnsi"/>
                <w:lang w:val="sk-SK"/>
              </w:rPr>
            </w:pPr>
            <w:r w:rsidRPr="001E7E9E">
              <w:rPr>
                <w:rFonts w:asciiTheme="majorHAnsi" w:hAnsiTheme="majorHAnsi" w:cstheme="majorHAnsi"/>
                <w:lang w:val="sk-SK"/>
              </w:rPr>
              <w:t>ZAČIATOK LIEČBY (dátum)</w:t>
            </w:r>
          </w:p>
        </w:tc>
        <w:tc>
          <w:tcPr>
            <w:tcW w:w="2002" w:type="dxa"/>
            <w:shd w:val="clear" w:color="auto" w:fill="000000" w:themeFill="text1"/>
          </w:tcPr>
          <w:p w:rsidR="008B22FD" w:rsidRPr="001E7E9E" w:rsidRDefault="008B22FD" w:rsidP="004608C9">
            <w:pPr>
              <w:cnfStyle w:val="100000000000"/>
              <w:rPr>
                <w:rFonts w:asciiTheme="majorHAnsi" w:hAnsiTheme="majorHAnsi" w:cstheme="majorHAnsi"/>
                <w:lang w:val="sk-SK"/>
              </w:rPr>
            </w:pPr>
            <w:r w:rsidRPr="001E7E9E">
              <w:rPr>
                <w:rFonts w:asciiTheme="majorHAnsi" w:hAnsiTheme="majorHAnsi" w:cstheme="majorHAnsi"/>
                <w:lang w:val="sk-SK"/>
              </w:rPr>
              <w:t>KONIEC LIEČBY (dátum)</w:t>
            </w:r>
          </w:p>
        </w:tc>
        <w:tc>
          <w:tcPr>
            <w:tcW w:w="2003" w:type="dxa"/>
            <w:shd w:val="clear" w:color="auto" w:fill="000000" w:themeFill="text1"/>
          </w:tcPr>
          <w:p w:rsidR="008B22FD" w:rsidRPr="001E7E9E" w:rsidRDefault="008B22FD" w:rsidP="004608C9">
            <w:pPr>
              <w:cnfStyle w:val="100000000000"/>
              <w:rPr>
                <w:rFonts w:asciiTheme="majorHAnsi" w:hAnsiTheme="majorHAnsi" w:cstheme="majorHAnsi"/>
                <w:lang w:val="sk-SK"/>
              </w:rPr>
            </w:pPr>
            <w:r w:rsidRPr="001E7E9E">
              <w:rPr>
                <w:rFonts w:asciiTheme="majorHAnsi" w:hAnsiTheme="majorHAnsi" w:cstheme="majorHAnsi"/>
                <w:lang w:val="sk-SK"/>
              </w:rPr>
              <w:t>ODPOVEĎ NA LIEČBU</w:t>
            </w:r>
          </w:p>
        </w:tc>
      </w:tr>
      <w:tr w:rsidR="008B22FD" w:rsidRPr="001E7E9E" w:rsidTr="002E26F1">
        <w:trPr>
          <w:cnfStyle w:val="000000100000"/>
          <w:trHeight w:val="340"/>
        </w:trPr>
        <w:tc>
          <w:tcPr>
            <w:cnfStyle w:val="001000000000"/>
            <w:tcW w:w="2093" w:type="dxa"/>
            <w:shd w:val="clear" w:color="auto" w:fill="D9D9D9" w:themeFill="background1" w:themeFillShade="D9"/>
          </w:tcPr>
          <w:p w:rsidR="00CD7E0C" w:rsidRPr="001E7E9E" w:rsidRDefault="00CD7E0C" w:rsidP="00CD7E0C">
            <w:pPr>
              <w:rPr>
                <w:rFonts w:asciiTheme="majorHAnsi" w:hAnsiTheme="majorHAnsi" w:cstheme="majorHAnsi"/>
                <w:b w:val="0"/>
                <w:lang w:val="sk-SK"/>
              </w:rPr>
            </w:pPr>
          </w:p>
        </w:tc>
        <w:tc>
          <w:tcPr>
            <w:tcW w:w="1911" w:type="dxa"/>
            <w:shd w:val="clear" w:color="auto" w:fill="D9D9D9" w:themeFill="background1" w:themeFillShade="D9"/>
          </w:tcPr>
          <w:p w:rsidR="008B22FD" w:rsidRPr="001E7E9E" w:rsidRDefault="008B22FD" w:rsidP="00CD7E0C">
            <w:pPr>
              <w:cnfStyle w:val="000000100000"/>
              <w:rPr>
                <w:rFonts w:asciiTheme="majorHAnsi" w:hAnsiTheme="majorHAnsi" w:cstheme="majorHAnsi"/>
                <w:lang w:val="sk-SK"/>
              </w:rPr>
            </w:pPr>
          </w:p>
        </w:tc>
        <w:tc>
          <w:tcPr>
            <w:tcW w:w="2002" w:type="dxa"/>
            <w:shd w:val="clear" w:color="auto" w:fill="D9D9D9" w:themeFill="background1" w:themeFillShade="D9"/>
          </w:tcPr>
          <w:p w:rsidR="008B22FD" w:rsidRPr="001E7E9E" w:rsidRDefault="008B22FD" w:rsidP="00CD7E0C">
            <w:pPr>
              <w:cnfStyle w:val="000000100000"/>
              <w:rPr>
                <w:rFonts w:asciiTheme="majorHAnsi" w:hAnsiTheme="majorHAnsi" w:cstheme="majorHAnsi"/>
                <w:lang w:val="sk-SK"/>
              </w:rPr>
            </w:pPr>
          </w:p>
        </w:tc>
        <w:tc>
          <w:tcPr>
            <w:tcW w:w="2002" w:type="dxa"/>
            <w:shd w:val="clear" w:color="auto" w:fill="D9D9D9" w:themeFill="background1" w:themeFillShade="D9"/>
          </w:tcPr>
          <w:p w:rsidR="008B22FD" w:rsidRPr="001E7E9E" w:rsidRDefault="008B22FD" w:rsidP="00CD7E0C">
            <w:pPr>
              <w:cnfStyle w:val="000000100000"/>
              <w:rPr>
                <w:rFonts w:asciiTheme="majorHAnsi" w:hAnsiTheme="majorHAnsi" w:cstheme="majorHAnsi"/>
                <w:lang w:val="sk-SK"/>
              </w:rPr>
            </w:pPr>
          </w:p>
        </w:tc>
        <w:tc>
          <w:tcPr>
            <w:tcW w:w="2003" w:type="dxa"/>
            <w:shd w:val="clear" w:color="auto" w:fill="D9D9D9" w:themeFill="background1" w:themeFillShade="D9"/>
          </w:tcPr>
          <w:p w:rsidR="008B22FD" w:rsidRPr="001E7E9E" w:rsidRDefault="008B22FD" w:rsidP="00CD7E0C">
            <w:pPr>
              <w:cnfStyle w:val="000000100000"/>
              <w:rPr>
                <w:rFonts w:asciiTheme="majorHAnsi" w:hAnsiTheme="majorHAnsi" w:cstheme="majorHAnsi"/>
                <w:lang w:val="sk-SK"/>
              </w:rPr>
            </w:pPr>
          </w:p>
        </w:tc>
      </w:tr>
      <w:tr w:rsidR="008B22FD" w:rsidRPr="001E7E9E" w:rsidTr="00C346B9">
        <w:trPr>
          <w:trHeight w:val="340"/>
        </w:trPr>
        <w:tc>
          <w:tcPr>
            <w:cnfStyle w:val="001000000000"/>
            <w:tcW w:w="2093" w:type="dxa"/>
          </w:tcPr>
          <w:p w:rsidR="008B22FD" w:rsidRPr="001E7E9E" w:rsidRDefault="008B22FD" w:rsidP="00CD7E0C">
            <w:pPr>
              <w:rPr>
                <w:rFonts w:asciiTheme="majorHAnsi" w:hAnsiTheme="majorHAnsi" w:cstheme="majorHAnsi"/>
                <w:b w:val="0"/>
                <w:lang w:val="sk-SK"/>
              </w:rPr>
            </w:pPr>
          </w:p>
        </w:tc>
        <w:tc>
          <w:tcPr>
            <w:tcW w:w="1911" w:type="dxa"/>
          </w:tcPr>
          <w:p w:rsidR="008B22FD" w:rsidRPr="001E7E9E" w:rsidRDefault="008B22FD" w:rsidP="00CD7E0C">
            <w:pPr>
              <w:cnfStyle w:val="000000000000"/>
              <w:rPr>
                <w:rFonts w:asciiTheme="majorHAnsi" w:hAnsiTheme="majorHAnsi" w:cstheme="majorHAnsi"/>
                <w:lang w:val="sk-SK"/>
              </w:rPr>
            </w:pPr>
          </w:p>
        </w:tc>
        <w:tc>
          <w:tcPr>
            <w:tcW w:w="2002" w:type="dxa"/>
          </w:tcPr>
          <w:p w:rsidR="008B22FD" w:rsidRPr="001E7E9E" w:rsidRDefault="008B22FD" w:rsidP="00CD7E0C">
            <w:pPr>
              <w:cnfStyle w:val="000000000000"/>
              <w:rPr>
                <w:rFonts w:asciiTheme="majorHAnsi" w:hAnsiTheme="majorHAnsi" w:cstheme="majorHAnsi"/>
                <w:lang w:val="sk-SK"/>
              </w:rPr>
            </w:pPr>
          </w:p>
        </w:tc>
        <w:tc>
          <w:tcPr>
            <w:tcW w:w="2002" w:type="dxa"/>
          </w:tcPr>
          <w:p w:rsidR="008B22FD" w:rsidRPr="001E7E9E" w:rsidRDefault="008B22FD" w:rsidP="00CD7E0C">
            <w:pPr>
              <w:cnfStyle w:val="000000000000"/>
              <w:rPr>
                <w:rFonts w:asciiTheme="majorHAnsi" w:hAnsiTheme="majorHAnsi" w:cstheme="majorHAnsi"/>
                <w:lang w:val="sk-SK"/>
              </w:rPr>
            </w:pPr>
          </w:p>
        </w:tc>
        <w:tc>
          <w:tcPr>
            <w:tcW w:w="2003" w:type="dxa"/>
          </w:tcPr>
          <w:p w:rsidR="008B22FD" w:rsidRPr="001E7E9E" w:rsidRDefault="008B22FD" w:rsidP="00CD7E0C">
            <w:pPr>
              <w:cnfStyle w:val="000000000000"/>
              <w:rPr>
                <w:rFonts w:asciiTheme="majorHAnsi" w:hAnsiTheme="majorHAnsi" w:cstheme="majorHAnsi"/>
                <w:lang w:val="sk-SK"/>
              </w:rPr>
            </w:pPr>
          </w:p>
        </w:tc>
      </w:tr>
      <w:tr w:rsidR="008B22FD" w:rsidRPr="001E7E9E" w:rsidTr="002E26F1">
        <w:trPr>
          <w:cnfStyle w:val="000000100000"/>
          <w:trHeight w:val="340"/>
        </w:trPr>
        <w:tc>
          <w:tcPr>
            <w:cnfStyle w:val="001000000000"/>
            <w:tcW w:w="2093" w:type="dxa"/>
            <w:shd w:val="clear" w:color="auto" w:fill="D9D9D9" w:themeFill="background1" w:themeFillShade="D9"/>
          </w:tcPr>
          <w:p w:rsidR="008B22FD" w:rsidRPr="001E7E9E" w:rsidRDefault="008B22FD" w:rsidP="00CD7E0C">
            <w:pPr>
              <w:rPr>
                <w:rFonts w:asciiTheme="majorHAnsi" w:hAnsiTheme="majorHAnsi" w:cstheme="majorHAnsi"/>
                <w:b w:val="0"/>
                <w:lang w:val="sk-SK"/>
              </w:rPr>
            </w:pPr>
          </w:p>
        </w:tc>
        <w:tc>
          <w:tcPr>
            <w:tcW w:w="1911" w:type="dxa"/>
            <w:shd w:val="clear" w:color="auto" w:fill="D9D9D9" w:themeFill="background1" w:themeFillShade="D9"/>
          </w:tcPr>
          <w:p w:rsidR="008B22FD" w:rsidRPr="001E7E9E" w:rsidRDefault="008B22FD" w:rsidP="00CD7E0C">
            <w:pPr>
              <w:cnfStyle w:val="000000100000"/>
              <w:rPr>
                <w:rFonts w:asciiTheme="majorHAnsi" w:hAnsiTheme="majorHAnsi" w:cstheme="majorHAnsi"/>
                <w:lang w:val="sk-SK"/>
              </w:rPr>
            </w:pPr>
          </w:p>
        </w:tc>
        <w:tc>
          <w:tcPr>
            <w:tcW w:w="2002" w:type="dxa"/>
            <w:shd w:val="clear" w:color="auto" w:fill="D9D9D9" w:themeFill="background1" w:themeFillShade="D9"/>
          </w:tcPr>
          <w:p w:rsidR="008B22FD" w:rsidRPr="001E7E9E" w:rsidRDefault="008B22FD" w:rsidP="00CD7E0C">
            <w:pPr>
              <w:cnfStyle w:val="000000100000"/>
              <w:rPr>
                <w:rFonts w:asciiTheme="majorHAnsi" w:hAnsiTheme="majorHAnsi" w:cstheme="majorHAnsi"/>
                <w:lang w:val="sk-SK"/>
              </w:rPr>
            </w:pPr>
          </w:p>
        </w:tc>
        <w:tc>
          <w:tcPr>
            <w:tcW w:w="2002" w:type="dxa"/>
            <w:shd w:val="clear" w:color="auto" w:fill="D9D9D9" w:themeFill="background1" w:themeFillShade="D9"/>
          </w:tcPr>
          <w:p w:rsidR="008B22FD" w:rsidRPr="001E7E9E" w:rsidRDefault="008B22FD" w:rsidP="00CD7E0C">
            <w:pPr>
              <w:cnfStyle w:val="000000100000"/>
              <w:rPr>
                <w:rFonts w:asciiTheme="majorHAnsi" w:hAnsiTheme="majorHAnsi" w:cstheme="majorHAnsi"/>
                <w:lang w:val="sk-SK"/>
              </w:rPr>
            </w:pPr>
          </w:p>
        </w:tc>
        <w:tc>
          <w:tcPr>
            <w:tcW w:w="2003" w:type="dxa"/>
            <w:shd w:val="clear" w:color="auto" w:fill="D9D9D9" w:themeFill="background1" w:themeFillShade="D9"/>
          </w:tcPr>
          <w:p w:rsidR="008B22FD" w:rsidRPr="001E7E9E" w:rsidRDefault="008B22FD" w:rsidP="00CD7E0C">
            <w:pPr>
              <w:cnfStyle w:val="000000100000"/>
              <w:rPr>
                <w:rFonts w:asciiTheme="majorHAnsi" w:hAnsiTheme="majorHAnsi" w:cstheme="majorHAnsi"/>
                <w:lang w:val="sk-SK"/>
              </w:rPr>
            </w:pPr>
          </w:p>
        </w:tc>
      </w:tr>
      <w:tr w:rsidR="008B22FD" w:rsidRPr="001E7E9E" w:rsidTr="00C346B9">
        <w:trPr>
          <w:trHeight w:val="340"/>
        </w:trPr>
        <w:tc>
          <w:tcPr>
            <w:cnfStyle w:val="001000000000"/>
            <w:tcW w:w="2093" w:type="dxa"/>
          </w:tcPr>
          <w:p w:rsidR="008B22FD" w:rsidRPr="001E7E9E" w:rsidRDefault="008B22FD" w:rsidP="00CD7E0C">
            <w:pPr>
              <w:rPr>
                <w:rFonts w:asciiTheme="majorHAnsi" w:hAnsiTheme="majorHAnsi" w:cstheme="majorHAnsi"/>
                <w:b w:val="0"/>
                <w:lang w:val="sk-SK"/>
              </w:rPr>
            </w:pPr>
          </w:p>
        </w:tc>
        <w:tc>
          <w:tcPr>
            <w:tcW w:w="1911" w:type="dxa"/>
          </w:tcPr>
          <w:p w:rsidR="008B22FD" w:rsidRPr="001E7E9E" w:rsidRDefault="008B22FD" w:rsidP="00CD7E0C">
            <w:pPr>
              <w:cnfStyle w:val="000000000000"/>
              <w:rPr>
                <w:rFonts w:asciiTheme="majorHAnsi" w:hAnsiTheme="majorHAnsi" w:cstheme="majorHAnsi"/>
                <w:lang w:val="sk-SK"/>
              </w:rPr>
            </w:pPr>
          </w:p>
        </w:tc>
        <w:tc>
          <w:tcPr>
            <w:tcW w:w="2002" w:type="dxa"/>
          </w:tcPr>
          <w:p w:rsidR="008B22FD" w:rsidRPr="001E7E9E" w:rsidRDefault="008B22FD" w:rsidP="00CD7E0C">
            <w:pPr>
              <w:cnfStyle w:val="000000000000"/>
              <w:rPr>
                <w:rFonts w:asciiTheme="majorHAnsi" w:hAnsiTheme="majorHAnsi" w:cstheme="majorHAnsi"/>
                <w:lang w:val="sk-SK"/>
              </w:rPr>
            </w:pPr>
          </w:p>
        </w:tc>
        <w:tc>
          <w:tcPr>
            <w:tcW w:w="2002" w:type="dxa"/>
          </w:tcPr>
          <w:p w:rsidR="008B22FD" w:rsidRPr="001E7E9E" w:rsidRDefault="008B22FD" w:rsidP="00CD7E0C">
            <w:pPr>
              <w:cnfStyle w:val="000000000000"/>
              <w:rPr>
                <w:rFonts w:asciiTheme="majorHAnsi" w:hAnsiTheme="majorHAnsi" w:cstheme="majorHAnsi"/>
                <w:lang w:val="sk-SK"/>
              </w:rPr>
            </w:pPr>
          </w:p>
        </w:tc>
        <w:tc>
          <w:tcPr>
            <w:tcW w:w="2003" w:type="dxa"/>
          </w:tcPr>
          <w:p w:rsidR="008B22FD" w:rsidRPr="001E7E9E" w:rsidRDefault="008B22FD" w:rsidP="00CD7E0C">
            <w:pPr>
              <w:cnfStyle w:val="000000000000"/>
              <w:rPr>
                <w:rFonts w:asciiTheme="majorHAnsi" w:hAnsiTheme="majorHAnsi" w:cstheme="majorHAnsi"/>
                <w:lang w:val="sk-SK"/>
              </w:rPr>
            </w:pPr>
          </w:p>
        </w:tc>
      </w:tr>
      <w:tr w:rsidR="008B22FD" w:rsidRPr="001E7E9E" w:rsidTr="002E26F1">
        <w:trPr>
          <w:cnfStyle w:val="000000100000"/>
          <w:trHeight w:val="340"/>
        </w:trPr>
        <w:tc>
          <w:tcPr>
            <w:cnfStyle w:val="001000000000"/>
            <w:tcW w:w="2093" w:type="dxa"/>
            <w:shd w:val="clear" w:color="auto" w:fill="D9D9D9" w:themeFill="background1" w:themeFillShade="D9"/>
          </w:tcPr>
          <w:p w:rsidR="008B22FD" w:rsidRPr="001E7E9E" w:rsidRDefault="008B22FD" w:rsidP="00CD7E0C">
            <w:pPr>
              <w:rPr>
                <w:rFonts w:asciiTheme="majorHAnsi" w:hAnsiTheme="majorHAnsi" w:cstheme="majorHAnsi"/>
                <w:b w:val="0"/>
                <w:lang w:val="sk-SK"/>
              </w:rPr>
            </w:pPr>
          </w:p>
        </w:tc>
        <w:tc>
          <w:tcPr>
            <w:tcW w:w="1911" w:type="dxa"/>
            <w:shd w:val="clear" w:color="auto" w:fill="D9D9D9" w:themeFill="background1" w:themeFillShade="D9"/>
          </w:tcPr>
          <w:p w:rsidR="008B22FD" w:rsidRPr="001E7E9E" w:rsidRDefault="008B22FD" w:rsidP="00CD7E0C">
            <w:pPr>
              <w:cnfStyle w:val="000000100000"/>
              <w:rPr>
                <w:rFonts w:asciiTheme="majorHAnsi" w:hAnsiTheme="majorHAnsi" w:cstheme="majorHAnsi"/>
                <w:lang w:val="sk-SK"/>
              </w:rPr>
            </w:pPr>
          </w:p>
        </w:tc>
        <w:tc>
          <w:tcPr>
            <w:tcW w:w="2002" w:type="dxa"/>
            <w:shd w:val="clear" w:color="auto" w:fill="D9D9D9" w:themeFill="background1" w:themeFillShade="D9"/>
          </w:tcPr>
          <w:p w:rsidR="008B22FD" w:rsidRPr="001E7E9E" w:rsidRDefault="008B22FD" w:rsidP="00CD7E0C">
            <w:pPr>
              <w:cnfStyle w:val="000000100000"/>
              <w:rPr>
                <w:rFonts w:asciiTheme="majorHAnsi" w:hAnsiTheme="majorHAnsi" w:cstheme="majorHAnsi"/>
                <w:lang w:val="sk-SK"/>
              </w:rPr>
            </w:pPr>
          </w:p>
        </w:tc>
        <w:tc>
          <w:tcPr>
            <w:tcW w:w="2002" w:type="dxa"/>
            <w:shd w:val="clear" w:color="auto" w:fill="D9D9D9" w:themeFill="background1" w:themeFillShade="D9"/>
          </w:tcPr>
          <w:p w:rsidR="008B22FD" w:rsidRPr="001E7E9E" w:rsidRDefault="008B22FD" w:rsidP="00CD7E0C">
            <w:pPr>
              <w:cnfStyle w:val="000000100000"/>
              <w:rPr>
                <w:rFonts w:asciiTheme="majorHAnsi" w:hAnsiTheme="majorHAnsi" w:cstheme="majorHAnsi"/>
                <w:lang w:val="sk-SK"/>
              </w:rPr>
            </w:pPr>
          </w:p>
        </w:tc>
        <w:tc>
          <w:tcPr>
            <w:tcW w:w="2003" w:type="dxa"/>
            <w:shd w:val="clear" w:color="auto" w:fill="D9D9D9" w:themeFill="background1" w:themeFillShade="D9"/>
          </w:tcPr>
          <w:p w:rsidR="008B22FD" w:rsidRPr="001E7E9E" w:rsidRDefault="008B22FD" w:rsidP="00CD7E0C">
            <w:pPr>
              <w:cnfStyle w:val="000000100000"/>
              <w:rPr>
                <w:rFonts w:asciiTheme="majorHAnsi" w:hAnsiTheme="majorHAnsi" w:cstheme="majorHAnsi"/>
                <w:lang w:val="sk-SK"/>
              </w:rPr>
            </w:pPr>
          </w:p>
        </w:tc>
      </w:tr>
    </w:tbl>
    <w:p w:rsidR="00AD2699" w:rsidRPr="001E7E9E" w:rsidRDefault="008A533B" w:rsidP="00AF38D6">
      <w:pPr>
        <w:pStyle w:val="Nadpis2"/>
        <w:spacing w:before="100" w:beforeAutospacing="1" w:after="100" w:afterAutospacing="1"/>
        <w:rPr>
          <w:rFonts w:cstheme="majorHAnsi"/>
          <w:caps/>
          <w:color w:val="auto"/>
          <w:lang w:val="sk-SK"/>
        </w:rPr>
      </w:pPr>
      <w:r>
        <w:rPr>
          <w:rFonts w:cstheme="majorHAnsi"/>
          <w:caps/>
          <w:color w:val="auto"/>
          <w:lang w:val="sk-SK"/>
        </w:rPr>
        <w:lastRenderedPageBreak/>
        <w:t>4</w:t>
      </w:r>
      <w:r w:rsidR="00CD7E0C" w:rsidRPr="001E7E9E">
        <w:rPr>
          <w:rFonts w:cstheme="majorHAnsi"/>
          <w:caps/>
          <w:color w:val="auto"/>
          <w:lang w:val="sk-SK"/>
        </w:rPr>
        <w:t>. Odosielajúci lekár</w:t>
      </w:r>
    </w:p>
    <w:p w:rsidR="00AD2699" w:rsidRPr="007A08FE" w:rsidRDefault="00AD2699" w:rsidP="00CD7E0C">
      <w:pPr>
        <w:rPr>
          <w:rFonts w:asciiTheme="majorHAnsi" w:hAnsiTheme="majorHAnsi" w:cstheme="majorHAnsi"/>
          <w:b/>
          <w:sz w:val="24"/>
          <w:szCs w:val="24"/>
          <w:lang w:val="sk-SK"/>
        </w:rPr>
      </w:pPr>
      <w:r w:rsidRPr="007A08FE">
        <w:rPr>
          <w:rFonts w:asciiTheme="majorHAnsi" w:hAnsiTheme="majorHAnsi" w:cstheme="majorHAnsi"/>
          <w:sz w:val="24"/>
          <w:szCs w:val="24"/>
          <w:lang w:val="sk-SK"/>
        </w:rPr>
        <w:t xml:space="preserve">Meno a priezvisko </w:t>
      </w:r>
      <w:r w:rsidR="00996534" w:rsidRPr="007A08FE">
        <w:rPr>
          <w:rFonts w:asciiTheme="majorHAnsi" w:hAnsiTheme="majorHAnsi" w:cstheme="majorHAnsi"/>
          <w:sz w:val="24"/>
          <w:szCs w:val="24"/>
          <w:lang w:val="sk-SK"/>
        </w:rPr>
        <w:t xml:space="preserve">odosielajúceho </w:t>
      </w:r>
      <w:r w:rsidRPr="007A08FE">
        <w:rPr>
          <w:rFonts w:asciiTheme="majorHAnsi" w:hAnsiTheme="majorHAnsi" w:cstheme="majorHAnsi"/>
          <w:sz w:val="24"/>
          <w:szCs w:val="24"/>
          <w:lang w:val="sk-SK"/>
        </w:rPr>
        <w:t>lekára:</w:t>
      </w:r>
      <w:r w:rsidR="00AF38D6" w:rsidRPr="007A08FE">
        <w:rPr>
          <w:rFonts w:asciiTheme="majorHAnsi" w:hAnsiTheme="majorHAnsi" w:cstheme="majorHAnsi"/>
          <w:b/>
          <w:sz w:val="24"/>
          <w:szCs w:val="24"/>
          <w:lang w:val="sk-SK"/>
        </w:rPr>
        <w:t>___</w:t>
      </w:r>
      <w:r w:rsidR="00CD7E0C" w:rsidRPr="007A08FE">
        <w:rPr>
          <w:rFonts w:asciiTheme="majorHAnsi" w:hAnsiTheme="majorHAnsi" w:cstheme="majorHAnsi"/>
          <w:b/>
          <w:sz w:val="24"/>
          <w:szCs w:val="24"/>
          <w:lang w:val="sk-SK"/>
        </w:rPr>
        <w:br/>
      </w:r>
      <w:r w:rsidR="00C11E4D" w:rsidRPr="007A08FE">
        <w:rPr>
          <w:rFonts w:asciiTheme="majorHAnsi" w:hAnsiTheme="majorHAnsi" w:cstheme="majorHAnsi"/>
          <w:sz w:val="24"/>
          <w:szCs w:val="24"/>
          <w:lang w:val="sk-SK"/>
        </w:rPr>
        <w:t>Meno a priezvisko o</w:t>
      </w:r>
      <w:r w:rsidR="00CD7E0C" w:rsidRPr="007A08FE">
        <w:rPr>
          <w:rFonts w:asciiTheme="majorHAnsi" w:hAnsiTheme="majorHAnsi" w:cstheme="majorHAnsi"/>
          <w:sz w:val="24"/>
          <w:szCs w:val="24"/>
          <w:lang w:val="sk-SK"/>
        </w:rPr>
        <w:t xml:space="preserve">šetrujúceho </w:t>
      </w:r>
      <w:r w:rsidRPr="007A08FE">
        <w:rPr>
          <w:rFonts w:asciiTheme="majorHAnsi" w:hAnsiTheme="majorHAnsi" w:cstheme="majorHAnsi"/>
          <w:sz w:val="24"/>
          <w:szCs w:val="24"/>
          <w:lang w:val="sk-SK"/>
        </w:rPr>
        <w:t xml:space="preserve">lekára, ktorý bude pacienta manažovať </w:t>
      </w:r>
      <w:r w:rsidR="00996534" w:rsidRPr="007A08FE">
        <w:rPr>
          <w:rFonts w:asciiTheme="majorHAnsi" w:hAnsiTheme="majorHAnsi" w:cstheme="majorHAnsi"/>
          <w:sz w:val="24"/>
          <w:szCs w:val="24"/>
          <w:lang w:val="sk-SK"/>
        </w:rPr>
        <w:t>ambulantne</w:t>
      </w:r>
      <w:r w:rsidR="00CD7E0C" w:rsidRPr="007A08FE">
        <w:rPr>
          <w:rFonts w:asciiTheme="majorHAnsi" w:hAnsiTheme="majorHAnsi" w:cstheme="majorHAnsi"/>
          <w:sz w:val="24"/>
          <w:szCs w:val="24"/>
          <w:lang w:val="sk-SK"/>
        </w:rPr>
        <w:t xml:space="preserve">, pokiaľ sa jedná o inú </w:t>
      </w:r>
      <w:r w:rsidRPr="007A08FE">
        <w:rPr>
          <w:rFonts w:asciiTheme="majorHAnsi" w:hAnsiTheme="majorHAnsi" w:cstheme="majorHAnsi"/>
          <w:sz w:val="24"/>
          <w:szCs w:val="24"/>
          <w:lang w:val="sk-SK"/>
        </w:rPr>
        <w:t>osobu:</w:t>
      </w:r>
      <w:r w:rsidR="00CD7E0C" w:rsidRPr="007A08FE">
        <w:rPr>
          <w:rFonts w:asciiTheme="majorHAnsi" w:hAnsiTheme="majorHAnsi" w:cstheme="majorHAnsi"/>
          <w:b/>
          <w:sz w:val="24"/>
          <w:szCs w:val="24"/>
          <w:lang w:val="sk-SK"/>
        </w:rPr>
        <w:t xml:space="preserve"> ___</w:t>
      </w:r>
    </w:p>
    <w:p w:rsidR="00996534" w:rsidRPr="007A08FE" w:rsidRDefault="00996534" w:rsidP="00996534">
      <w:pPr>
        <w:rPr>
          <w:rFonts w:asciiTheme="majorHAnsi" w:hAnsiTheme="majorHAnsi" w:cstheme="majorHAnsi"/>
          <w:b/>
          <w:sz w:val="24"/>
          <w:szCs w:val="24"/>
          <w:lang w:val="sk-SK"/>
        </w:rPr>
      </w:pPr>
      <w:r w:rsidRPr="007A08FE">
        <w:rPr>
          <w:rFonts w:asciiTheme="majorHAnsi" w:hAnsiTheme="majorHAnsi" w:cstheme="majorHAnsi"/>
          <w:sz w:val="24"/>
          <w:szCs w:val="24"/>
          <w:lang w:val="sk-SK"/>
        </w:rPr>
        <w:t>Kontakt (telefón, e-mail):</w:t>
      </w:r>
      <w:r w:rsidRPr="007A08FE">
        <w:rPr>
          <w:rFonts w:asciiTheme="majorHAnsi" w:hAnsiTheme="majorHAnsi" w:cstheme="majorHAnsi"/>
          <w:b/>
          <w:sz w:val="24"/>
          <w:szCs w:val="24"/>
          <w:lang w:val="sk-SK"/>
        </w:rPr>
        <w:t xml:space="preserve"> ___</w:t>
      </w:r>
    </w:p>
    <w:p w:rsidR="00CD7E0C" w:rsidRPr="007A08FE" w:rsidRDefault="000229D3" w:rsidP="00AD2699">
      <w:pPr>
        <w:rPr>
          <w:rFonts w:asciiTheme="majorHAnsi" w:hAnsiTheme="majorHAnsi" w:cstheme="majorHAnsi"/>
          <w:b/>
          <w:sz w:val="24"/>
          <w:szCs w:val="24"/>
          <w:lang w:val="sk-SK"/>
        </w:rPr>
      </w:pPr>
      <w:r w:rsidRPr="007A08FE">
        <w:rPr>
          <w:rFonts w:asciiTheme="majorHAnsi" w:hAnsiTheme="majorHAnsi" w:cstheme="majorHAnsi"/>
          <w:sz w:val="24"/>
          <w:szCs w:val="24"/>
          <w:lang w:val="sk-SK"/>
        </w:rPr>
        <w:t>Pracovisko</w:t>
      </w:r>
      <w:r w:rsidR="00AD2699" w:rsidRPr="007A08FE">
        <w:rPr>
          <w:rFonts w:asciiTheme="majorHAnsi" w:hAnsiTheme="majorHAnsi" w:cstheme="majorHAnsi"/>
          <w:sz w:val="24"/>
          <w:szCs w:val="24"/>
          <w:lang w:val="sk-SK"/>
        </w:rPr>
        <w:t>:</w:t>
      </w:r>
      <w:r w:rsidR="00CD7E0C" w:rsidRPr="007A08FE">
        <w:rPr>
          <w:rFonts w:asciiTheme="majorHAnsi" w:hAnsiTheme="majorHAnsi" w:cstheme="majorHAnsi"/>
          <w:b/>
          <w:sz w:val="24"/>
          <w:szCs w:val="24"/>
          <w:lang w:val="sk-SK"/>
        </w:rPr>
        <w:t xml:space="preserve"> ___</w:t>
      </w:r>
    </w:p>
    <w:p w:rsidR="00AD2699" w:rsidRPr="007A08FE" w:rsidRDefault="00AD2699" w:rsidP="00AD2699">
      <w:pPr>
        <w:rPr>
          <w:rFonts w:asciiTheme="majorHAnsi" w:hAnsiTheme="majorHAnsi" w:cstheme="majorHAnsi"/>
          <w:sz w:val="24"/>
          <w:szCs w:val="24"/>
          <w:lang w:val="sk-SK"/>
        </w:rPr>
      </w:pPr>
      <w:r w:rsidRPr="007A08FE">
        <w:rPr>
          <w:rFonts w:asciiTheme="majorHAnsi" w:hAnsiTheme="majorHAnsi" w:cstheme="majorHAnsi"/>
          <w:sz w:val="24"/>
          <w:szCs w:val="24"/>
          <w:lang w:val="sk-SK"/>
        </w:rPr>
        <w:t>Dátum: ___________________________       Podpis: ___________________________</w:t>
      </w:r>
    </w:p>
    <w:p w:rsidR="001A563B" w:rsidRPr="001E7E9E" w:rsidRDefault="008A533B" w:rsidP="00AF38D6">
      <w:pPr>
        <w:pStyle w:val="Nadpis2"/>
        <w:spacing w:before="100" w:beforeAutospacing="1" w:after="100" w:afterAutospacing="1"/>
        <w:rPr>
          <w:rFonts w:cstheme="majorHAnsi"/>
          <w:caps/>
          <w:color w:val="auto"/>
          <w:lang w:val="sk-SK"/>
        </w:rPr>
      </w:pPr>
      <w:r>
        <w:rPr>
          <w:rFonts w:cstheme="majorHAnsi"/>
          <w:caps/>
          <w:color w:val="auto"/>
          <w:lang w:val="sk-SK"/>
        </w:rPr>
        <w:t>5</w:t>
      </w:r>
      <w:r w:rsidR="00996534" w:rsidRPr="001E7E9E">
        <w:rPr>
          <w:rFonts w:cstheme="majorHAnsi"/>
          <w:caps/>
          <w:color w:val="auto"/>
          <w:lang w:val="sk-SK"/>
        </w:rPr>
        <w:t>. STANOVISKO</w:t>
      </w:r>
      <w:r w:rsidR="001A563B" w:rsidRPr="001E7E9E">
        <w:rPr>
          <w:rFonts w:cstheme="majorHAnsi"/>
          <w:caps/>
          <w:color w:val="auto"/>
          <w:lang w:val="sk-SK"/>
        </w:rPr>
        <w:t xml:space="preserve"> indikačnej komisie</w:t>
      </w:r>
    </w:p>
    <w:p w:rsidR="000E7A47" w:rsidRPr="007A08FE" w:rsidRDefault="00996534" w:rsidP="00996534">
      <w:pPr>
        <w:rPr>
          <w:rFonts w:asciiTheme="majorHAnsi" w:hAnsiTheme="majorHAnsi" w:cstheme="majorHAnsi"/>
          <w:sz w:val="24"/>
          <w:szCs w:val="24"/>
          <w:lang w:val="sk-SK"/>
        </w:rPr>
      </w:pPr>
      <w:r w:rsidRPr="007A08FE">
        <w:rPr>
          <w:rFonts w:asciiTheme="majorHAnsi" w:hAnsiTheme="majorHAnsi" w:cstheme="majorHAnsi"/>
          <w:sz w:val="24"/>
          <w:szCs w:val="24"/>
          <w:lang w:val="sk-SK"/>
        </w:rPr>
        <w:t xml:space="preserve">Členovia indikačnej komisie </w:t>
      </w:r>
      <w:r w:rsidRPr="007A08FE">
        <w:rPr>
          <w:rFonts w:asciiTheme="majorHAnsi" w:hAnsiTheme="majorHAnsi" w:cstheme="majorHAnsi"/>
          <w:b/>
          <w:sz w:val="24"/>
          <w:szCs w:val="24"/>
          <w:lang w:val="sk-SK"/>
        </w:rPr>
        <w:t>súhlasia/nesúhlasia</w:t>
      </w:r>
      <w:r w:rsidRPr="007A08FE">
        <w:rPr>
          <w:rFonts w:asciiTheme="majorHAnsi" w:hAnsiTheme="majorHAnsi" w:cstheme="majorHAnsi"/>
          <w:sz w:val="24"/>
          <w:szCs w:val="24"/>
          <w:lang w:val="sk-SK"/>
        </w:rPr>
        <w:t xml:space="preserve"> so zaradením pacienta do zoznamu čakateľov na alogénnu transplantáciu krvotvorných buniek</w:t>
      </w:r>
      <w:r w:rsidR="000E7A47" w:rsidRPr="007A08FE">
        <w:rPr>
          <w:rFonts w:asciiTheme="majorHAnsi" w:hAnsiTheme="majorHAnsi" w:cstheme="majorHAnsi"/>
          <w:sz w:val="24"/>
          <w:szCs w:val="24"/>
          <w:lang w:val="sk-SK"/>
        </w:rPr>
        <w:t>.</w:t>
      </w:r>
    </w:p>
    <w:p w:rsidR="00996534" w:rsidRPr="007A08FE" w:rsidRDefault="000E7A47" w:rsidP="00996534">
      <w:pPr>
        <w:rPr>
          <w:rFonts w:asciiTheme="majorHAnsi" w:hAnsiTheme="majorHAnsi" w:cstheme="majorHAnsi"/>
          <w:sz w:val="24"/>
          <w:szCs w:val="24"/>
          <w:lang w:val="sk-SK"/>
        </w:rPr>
      </w:pPr>
      <w:r w:rsidRPr="007A08FE">
        <w:rPr>
          <w:rFonts w:asciiTheme="majorHAnsi" w:hAnsiTheme="majorHAnsi" w:cstheme="majorHAnsi"/>
          <w:sz w:val="24"/>
          <w:szCs w:val="24"/>
          <w:lang w:val="sk-SK"/>
        </w:rPr>
        <w:t xml:space="preserve">V prípade nedostupnosti darcu </w:t>
      </w:r>
      <w:r w:rsidRPr="007A08FE">
        <w:rPr>
          <w:rFonts w:asciiTheme="majorHAnsi" w:hAnsiTheme="majorHAnsi" w:cstheme="majorHAnsi"/>
          <w:b/>
          <w:sz w:val="24"/>
          <w:szCs w:val="24"/>
          <w:lang w:val="sk-SK"/>
        </w:rPr>
        <w:t>súhlasia/nesúhlasia</w:t>
      </w:r>
      <w:r w:rsidR="00996534" w:rsidRPr="007A08FE">
        <w:rPr>
          <w:rFonts w:asciiTheme="majorHAnsi" w:hAnsiTheme="majorHAnsi" w:cstheme="majorHAnsi"/>
          <w:sz w:val="24"/>
          <w:szCs w:val="24"/>
          <w:lang w:val="sk-SK"/>
        </w:rPr>
        <w:t xml:space="preserve">s vyhľadávaním darcu v medzinárodných registroch. </w:t>
      </w:r>
    </w:p>
    <w:p w:rsidR="00C63C17" w:rsidRPr="009264C1" w:rsidRDefault="00C63C17" w:rsidP="00C63C17">
      <w:pPr>
        <w:spacing w:before="120" w:line="360" w:lineRule="auto"/>
        <w:rPr>
          <w:rFonts w:asciiTheme="majorHAnsi" w:hAnsiTheme="majorHAnsi" w:cstheme="majorHAnsi"/>
          <w:lang w:val="sk-SK"/>
        </w:rPr>
      </w:pPr>
      <w:r w:rsidRPr="007A08FE">
        <w:rPr>
          <w:rFonts w:asciiTheme="majorHAnsi" w:hAnsiTheme="majorHAnsi" w:cstheme="majorHAnsi"/>
          <w:sz w:val="24"/>
          <w:szCs w:val="24"/>
          <w:lang w:val="sk-SK"/>
        </w:rPr>
        <w:t xml:space="preserve">Dôvod záporného stanoviska: </w:t>
      </w:r>
      <w:r w:rsidRPr="009264C1">
        <w:rPr>
          <w:rFonts w:asciiTheme="majorHAnsi" w:hAnsiTheme="majorHAnsi" w:cstheme="majorHAnsi"/>
          <w:lang w:val="sk-SK"/>
        </w:rPr>
        <w:t>____________________________________________________________________________________________________________________________________________________________</w:t>
      </w:r>
      <w:r w:rsidR="007A08FE">
        <w:rPr>
          <w:rFonts w:asciiTheme="majorHAnsi" w:hAnsiTheme="majorHAnsi" w:cstheme="majorHAnsi"/>
          <w:lang w:val="sk-SK"/>
        </w:rPr>
        <w:t>_______________________________________________________________________________________</w:t>
      </w:r>
    </w:p>
    <w:p w:rsidR="001A563B" w:rsidRPr="007A08FE" w:rsidRDefault="00996534" w:rsidP="00EA00D9">
      <w:pPr>
        <w:rPr>
          <w:rFonts w:asciiTheme="majorHAnsi" w:hAnsiTheme="majorHAnsi" w:cstheme="majorHAnsi"/>
          <w:sz w:val="24"/>
          <w:szCs w:val="24"/>
          <w:lang w:val="sk-SK"/>
        </w:rPr>
      </w:pPr>
      <w:r w:rsidRPr="007A08FE">
        <w:rPr>
          <w:rFonts w:asciiTheme="majorHAnsi" w:hAnsiTheme="majorHAnsi" w:cstheme="majorHAnsi"/>
          <w:sz w:val="24"/>
          <w:szCs w:val="24"/>
          <w:lang w:val="sk-SK"/>
        </w:rPr>
        <w:t>Pridelený lekár centra: __________________________</w:t>
      </w:r>
    </w:p>
    <w:p w:rsidR="00EA00D9" w:rsidRPr="007A08FE" w:rsidRDefault="00EA00D9" w:rsidP="00EA00D9">
      <w:pPr>
        <w:rPr>
          <w:rFonts w:asciiTheme="majorHAnsi" w:hAnsiTheme="majorHAnsi" w:cstheme="majorHAnsi"/>
          <w:sz w:val="24"/>
          <w:szCs w:val="24"/>
          <w:lang w:val="sk-SK"/>
        </w:rPr>
      </w:pPr>
    </w:p>
    <w:p w:rsidR="00CD7E0C" w:rsidRPr="007A08FE" w:rsidRDefault="00CD7E0C" w:rsidP="001C6574">
      <w:pPr>
        <w:numPr>
          <w:ilvl w:val="0"/>
          <w:numId w:val="10"/>
        </w:numPr>
        <w:spacing w:after="0" w:line="480" w:lineRule="auto"/>
        <w:ind w:left="714" w:hanging="357"/>
        <w:rPr>
          <w:rFonts w:asciiTheme="majorHAnsi" w:hAnsiTheme="majorHAnsi" w:cstheme="majorHAnsi"/>
          <w:szCs w:val="24"/>
          <w:lang w:val="sk-SK"/>
        </w:rPr>
      </w:pPr>
      <w:proofErr w:type="spellStart"/>
      <w:r w:rsidRPr="007A08FE">
        <w:rPr>
          <w:rFonts w:asciiTheme="majorHAnsi" w:hAnsiTheme="majorHAnsi" w:cstheme="majorHAnsi"/>
          <w:sz w:val="24"/>
          <w:szCs w:val="24"/>
        </w:rPr>
        <w:t>MUDr</w:t>
      </w:r>
      <w:proofErr w:type="spellEnd"/>
      <w:r w:rsidRPr="007A08FE">
        <w:rPr>
          <w:rFonts w:asciiTheme="majorHAnsi" w:hAnsiTheme="majorHAnsi" w:cstheme="majorHAnsi"/>
          <w:sz w:val="24"/>
          <w:szCs w:val="24"/>
        </w:rPr>
        <w:t>. Jozef Lukáš, PhD.</w:t>
      </w:r>
      <w:r w:rsidR="001C6574" w:rsidRPr="007A08FE">
        <w:rPr>
          <w:rFonts w:asciiTheme="majorHAnsi" w:hAnsiTheme="majorHAnsi" w:cstheme="majorHAnsi"/>
          <w:sz w:val="24"/>
          <w:szCs w:val="24"/>
        </w:rPr>
        <w:tab/>
      </w:r>
      <w:r w:rsidR="001C6574" w:rsidRPr="007A08FE">
        <w:rPr>
          <w:rFonts w:asciiTheme="majorHAnsi" w:hAnsiTheme="majorHAnsi" w:cstheme="majorHAnsi"/>
          <w:sz w:val="24"/>
          <w:szCs w:val="24"/>
        </w:rPr>
        <w:tab/>
        <w:t>……………………………………………….</w:t>
      </w:r>
    </w:p>
    <w:p w:rsidR="00CD7E0C" w:rsidRPr="007A08FE" w:rsidRDefault="00CD7E0C" w:rsidP="001C6574">
      <w:pPr>
        <w:pStyle w:val="Odsekzoznamu"/>
        <w:numPr>
          <w:ilvl w:val="0"/>
          <w:numId w:val="10"/>
        </w:numPr>
        <w:spacing w:after="0" w:line="480" w:lineRule="auto"/>
        <w:ind w:left="714" w:hanging="357"/>
        <w:rPr>
          <w:rFonts w:asciiTheme="majorHAnsi" w:hAnsiTheme="majorHAnsi" w:cstheme="majorHAnsi"/>
          <w:sz w:val="24"/>
          <w:szCs w:val="24"/>
        </w:rPr>
      </w:pPr>
      <w:proofErr w:type="spellStart"/>
      <w:r w:rsidRPr="007A08FE">
        <w:rPr>
          <w:rFonts w:asciiTheme="majorHAnsi" w:hAnsiTheme="majorHAnsi" w:cstheme="majorHAnsi"/>
          <w:sz w:val="24"/>
          <w:szCs w:val="24"/>
        </w:rPr>
        <w:t>MUDr</w:t>
      </w:r>
      <w:proofErr w:type="spellEnd"/>
      <w:r w:rsidRPr="007A08FE">
        <w:rPr>
          <w:rFonts w:asciiTheme="majorHAnsi" w:hAnsiTheme="majorHAnsi" w:cstheme="majorHAnsi"/>
          <w:sz w:val="24"/>
          <w:szCs w:val="24"/>
        </w:rPr>
        <w:t>. Ladislav Sopko, PhD</w:t>
      </w:r>
      <w:r w:rsidR="001C6574" w:rsidRPr="007A08FE">
        <w:rPr>
          <w:rFonts w:asciiTheme="majorHAnsi" w:hAnsiTheme="majorHAnsi" w:cstheme="majorHAnsi"/>
          <w:sz w:val="24"/>
          <w:szCs w:val="24"/>
        </w:rPr>
        <w:t>.</w:t>
      </w:r>
      <w:r w:rsidRPr="007A08FE">
        <w:rPr>
          <w:rFonts w:asciiTheme="majorHAnsi" w:hAnsiTheme="majorHAnsi" w:cstheme="majorHAnsi"/>
          <w:sz w:val="24"/>
          <w:szCs w:val="24"/>
        </w:rPr>
        <w:t>, MPH</w:t>
      </w:r>
      <w:r w:rsidR="001C6574" w:rsidRPr="007A08FE">
        <w:rPr>
          <w:rFonts w:asciiTheme="majorHAnsi" w:hAnsiTheme="majorHAnsi" w:cstheme="majorHAnsi"/>
          <w:sz w:val="24"/>
          <w:szCs w:val="24"/>
        </w:rPr>
        <w:tab/>
        <w:t>……………………………………………….</w:t>
      </w:r>
    </w:p>
    <w:p w:rsidR="001A563B" w:rsidRPr="007A08FE" w:rsidRDefault="000E7A47" w:rsidP="001C6574">
      <w:pPr>
        <w:pStyle w:val="Odsekzoznamu"/>
        <w:numPr>
          <w:ilvl w:val="0"/>
          <w:numId w:val="10"/>
        </w:numPr>
        <w:spacing w:after="0" w:line="480" w:lineRule="auto"/>
        <w:ind w:left="714" w:hanging="357"/>
        <w:rPr>
          <w:rFonts w:asciiTheme="majorHAnsi" w:hAnsiTheme="majorHAnsi" w:cstheme="majorHAnsi"/>
          <w:sz w:val="24"/>
          <w:szCs w:val="24"/>
          <w:lang w:val="sk-SK"/>
        </w:rPr>
      </w:pPr>
      <w:r w:rsidRPr="007A08FE">
        <w:rPr>
          <w:rFonts w:asciiTheme="majorHAnsi" w:hAnsiTheme="majorHAnsi" w:cstheme="majorHAnsi"/>
          <w:sz w:val="24"/>
          <w:szCs w:val="24"/>
          <w:lang w:val="sk-SK"/>
        </w:rPr>
        <w:t>doc</w:t>
      </w:r>
      <w:r w:rsidR="001A563B" w:rsidRPr="007A08FE">
        <w:rPr>
          <w:rFonts w:asciiTheme="majorHAnsi" w:hAnsiTheme="majorHAnsi" w:cstheme="majorHAnsi"/>
          <w:sz w:val="24"/>
          <w:szCs w:val="24"/>
          <w:lang w:val="sk-SK"/>
        </w:rPr>
        <w:t xml:space="preserve">. MUDr. </w:t>
      </w:r>
      <w:r w:rsidRPr="007A08FE">
        <w:rPr>
          <w:rFonts w:asciiTheme="majorHAnsi" w:hAnsiTheme="majorHAnsi" w:cstheme="majorHAnsi"/>
          <w:sz w:val="24"/>
          <w:szCs w:val="24"/>
          <w:lang w:val="sk-SK"/>
        </w:rPr>
        <w:t xml:space="preserve">Ľubica </w:t>
      </w:r>
      <w:proofErr w:type="spellStart"/>
      <w:r w:rsidRPr="007A08FE">
        <w:rPr>
          <w:rFonts w:asciiTheme="majorHAnsi" w:hAnsiTheme="majorHAnsi" w:cstheme="majorHAnsi"/>
          <w:sz w:val="24"/>
          <w:szCs w:val="24"/>
          <w:lang w:val="sk-SK"/>
        </w:rPr>
        <w:t>Harvanová</w:t>
      </w:r>
      <w:proofErr w:type="spellEnd"/>
      <w:r w:rsidR="001A563B" w:rsidRPr="007A08FE">
        <w:rPr>
          <w:rFonts w:asciiTheme="majorHAnsi" w:hAnsiTheme="majorHAnsi" w:cstheme="majorHAnsi"/>
          <w:sz w:val="24"/>
          <w:szCs w:val="24"/>
          <w:lang w:val="sk-SK"/>
        </w:rPr>
        <w:t>, PhD.</w:t>
      </w:r>
      <w:r w:rsidR="001C6574" w:rsidRPr="007A08FE">
        <w:rPr>
          <w:rFonts w:asciiTheme="majorHAnsi" w:hAnsiTheme="majorHAnsi" w:cstheme="majorHAnsi"/>
          <w:sz w:val="24"/>
          <w:szCs w:val="24"/>
          <w:lang w:val="sk-SK"/>
        </w:rPr>
        <w:tab/>
      </w:r>
      <w:r w:rsidR="001C6574" w:rsidRPr="007A08FE">
        <w:rPr>
          <w:rFonts w:asciiTheme="majorHAnsi" w:hAnsiTheme="majorHAnsi" w:cstheme="majorHAnsi"/>
          <w:sz w:val="24"/>
          <w:szCs w:val="24"/>
        </w:rPr>
        <w:t>……………………………………………….</w:t>
      </w:r>
    </w:p>
    <w:p w:rsidR="001A563B" w:rsidRPr="007A08FE" w:rsidRDefault="001A563B" w:rsidP="001C6574">
      <w:pPr>
        <w:pStyle w:val="Odsekzoznamu"/>
        <w:numPr>
          <w:ilvl w:val="0"/>
          <w:numId w:val="10"/>
        </w:numPr>
        <w:spacing w:after="0" w:line="480" w:lineRule="auto"/>
        <w:rPr>
          <w:rFonts w:asciiTheme="majorHAnsi" w:hAnsiTheme="majorHAnsi" w:cstheme="majorHAnsi"/>
          <w:sz w:val="24"/>
          <w:szCs w:val="24"/>
        </w:rPr>
      </w:pPr>
      <w:proofErr w:type="spellStart"/>
      <w:r w:rsidRPr="007A08FE">
        <w:rPr>
          <w:rFonts w:asciiTheme="majorHAnsi" w:hAnsiTheme="majorHAnsi" w:cstheme="majorHAnsi"/>
          <w:sz w:val="24"/>
          <w:szCs w:val="24"/>
        </w:rPr>
        <w:t>MUDr</w:t>
      </w:r>
      <w:proofErr w:type="spellEnd"/>
      <w:r w:rsidRPr="007A08FE">
        <w:rPr>
          <w:rFonts w:asciiTheme="majorHAnsi" w:hAnsiTheme="majorHAnsi" w:cstheme="majorHAnsi"/>
          <w:sz w:val="24"/>
          <w:szCs w:val="24"/>
        </w:rPr>
        <w:t>. Eva Bojtárová, PhD</w:t>
      </w:r>
      <w:r w:rsidR="001C6574" w:rsidRPr="007A08FE">
        <w:rPr>
          <w:rFonts w:asciiTheme="majorHAnsi" w:hAnsiTheme="majorHAnsi" w:cstheme="majorHAnsi"/>
          <w:sz w:val="24"/>
          <w:szCs w:val="24"/>
        </w:rPr>
        <w:t>.</w:t>
      </w:r>
      <w:r w:rsidR="001C6574" w:rsidRPr="007A08FE">
        <w:rPr>
          <w:rFonts w:asciiTheme="majorHAnsi" w:hAnsiTheme="majorHAnsi" w:cstheme="majorHAnsi"/>
          <w:sz w:val="24"/>
          <w:szCs w:val="24"/>
        </w:rPr>
        <w:tab/>
      </w:r>
      <w:r w:rsidR="001C6574" w:rsidRPr="007A08FE">
        <w:rPr>
          <w:rFonts w:asciiTheme="majorHAnsi" w:hAnsiTheme="majorHAnsi" w:cstheme="majorHAnsi"/>
          <w:sz w:val="24"/>
          <w:szCs w:val="24"/>
        </w:rPr>
        <w:tab/>
        <w:t>……………………………………………….</w:t>
      </w:r>
    </w:p>
    <w:p w:rsidR="001A563B" w:rsidRPr="007A08FE" w:rsidRDefault="001A563B" w:rsidP="001C6574">
      <w:pPr>
        <w:numPr>
          <w:ilvl w:val="0"/>
          <w:numId w:val="10"/>
        </w:numPr>
        <w:spacing w:after="0" w:line="480" w:lineRule="auto"/>
        <w:ind w:left="714" w:hanging="357"/>
        <w:rPr>
          <w:rFonts w:asciiTheme="majorHAnsi" w:hAnsiTheme="majorHAnsi" w:cstheme="majorHAnsi"/>
          <w:sz w:val="24"/>
          <w:szCs w:val="24"/>
        </w:rPr>
      </w:pPr>
      <w:proofErr w:type="spellStart"/>
      <w:r w:rsidRPr="007A08FE">
        <w:rPr>
          <w:rFonts w:asciiTheme="majorHAnsi" w:hAnsiTheme="majorHAnsi" w:cstheme="majorHAnsi"/>
          <w:sz w:val="24"/>
          <w:szCs w:val="24"/>
        </w:rPr>
        <w:t>MUDr</w:t>
      </w:r>
      <w:proofErr w:type="spellEnd"/>
      <w:r w:rsidRPr="007A08FE">
        <w:rPr>
          <w:rFonts w:asciiTheme="majorHAnsi" w:hAnsiTheme="majorHAnsi" w:cstheme="majorHAnsi"/>
          <w:sz w:val="24"/>
          <w:szCs w:val="24"/>
        </w:rPr>
        <w:t>. Marcela Skraková</w:t>
      </w:r>
      <w:r w:rsidR="001C6574" w:rsidRPr="007A08FE">
        <w:rPr>
          <w:rFonts w:asciiTheme="majorHAnsi" w:hAnsiTheme="majorHAnsi" w:cstheme="majorHAnsi"/>
          <w:sz w:val="24"/>
          <w:szCs w:val="24"/>
        </w:rPr>
        <w:tab/>
      </w:r>
      <w:r w:rsidR="001C6574" w:rsidRPr="007A08FE">
        <w:rPr>
          <w:rFonts w:asciiTheme="majorHAnsi" w:hAnsiTheme="majorHAnsi" w:cstheme="majorHAnsi"/>
          <w:sz w:val="24"/>
          <w:szCs w:val="24"/>
        </w:rPr>
        <w:tab/>
      </w:r>
      <w:r w:rsidRPr="007A08FE">
        <w:rPr>
          <w:rFonts w:asciiTheme="majorHAnsi" w:hAnsiTheme="majorHAnsi" w:cstheme="majorHAnsi"/>
          <w:sz w:val="24"/>
          <w:szCs w:val="24"/>
        </w:rPr>
        <w:t>............…………………………</w:t>
      </w:r>
      <w:r w:rsidR="00555CB9" w:rsidRPr="007A08FE">
        <w:rPr>
          <w:rFonts w:asciiTheme="majorHAnsi" w:hAnsiTheme="majorHAnsi" w:cstheme="majorHAnsi"/>
          <w:sz w:val="24"/>
          <w:szCs w:val="24"/>
        </w:rPr>
        <w:t>….........</w:t>
      </w:r>
    </w:p>
    <w:p w:rsidR="00AF38D6" w:rsidRPr="007A08FE" w:rsidRDefault="00AF38D6" w:rsidP="001C6574">
      <w:pPr>
        <w:numPr>
          <w:ilvl w:val="0"/>
          <w:numId w:val="10"/>
        </w:numPr>
        <w:spacing w:after="0" w:line="480" w:lineRule="auto"/>
        <w:ind w:left="714" w:hanging="357"/>
        <w:rPr>
          <w:rFonts w:asciiTheme="majorHAnsi" w:hAnsiTheme="majorHAnsi" w:cstheme="majorHAnsi"/>
          <w:sz w:val="24"/>
          <w:szCs w:val="24"/>
        </w:rPr>
      </w:pPr>
      <w:proofErr w:type="spellStart"/>
      <w:r w:rsidRPr="007A08FE">
        <w:rPr>
          <w:rFonts w:asciiTheme="majorHAnsi" w:hAnsiTheme="majorHAnsi" w:cstheme="majorHAnsi"/>
          <w:sz w:val="24"/>
          <w:szCs w:val="24"/>
        </w:rPr>
        <w:t>MUDr</w:t>
      </w:r>
      <w:proofErr w:type="spellEnd"/>
      <w:r w:rsidRPr="007A08FE">
        <w:rPr>
          <w:rFonts w:asciiTheme="majorHAnsi" w:hAnsiTheme="majorHAnsi" w:cstheme="majorHAnsi"/>
          <w:sz w:val="24"/>
          <w:szCs w:val="24"/>
        </w:rPr>
        <w:t>. Antónia Hata</w:t>
      </w:r>
      <w:r w:rsidR="001C6574" w:rsidRPr="007A08FE">
        <w:rPr>
          <w:rFonts w:asciiTheme="majorHAnsi" w:hAnsiTheme="majorHAnsi" w:cstheme="majorHAnsi"/>
          <w:sz w:val="24"/>
          <w:szCs w:val="24"/>
        </w:rPr>
        <w:t>lová, PhD.</w:t>
      </w:r>
      <w:r w:rsidR="001C6574" w:rsidRPr="007A08FE">
        <w:rPr>
          <w:rFonts w:asciiTheme="majorHAnsi" w:hAnsiTheme="majorHAnsi" w:cstheme="majorHAnsi"/>
          <w:sz w:val="24"/>
          <w:szCs w:val="24"/>
        </w:rPr>
        <w:tab/>
      </w:r>
      <w:r w:rsidR="001C6574" w:rsidRPr="007A08FE">
        <w:rPr>
          <w:rFonts w:asciiTheme="majorHAnsi" w:hAnsiTheme="majorHAnsi" w:cstheme="majorHAnsi"/>
          <w:sz w:val="24"/>
          <w:szCs w:val="24"/>
        </w:rPr>
        <w:tab/>
        <w:t>……………………………………………….</w:t>
      </w:r>
    </w:p>
    <w:p w:rsidR="001A563B" w:rsidRPr="007A08FE" w:rsidRDefault="001A563B" w:rsidP="001C6574">
      <w:pPr>
        <w:numPr>
          <w:ilvl w:val="0"/>
          <w:numId w:val="10"/>
        </w:numPr>
        <w:spacing w:after="0" w:line="480" w:lineRule="auto"/>
        <w:ind w:left="714" w:hanging="357"/>
        <w:rPr>
          <w:rFonts w:asciiTheme="majorHAnsi" w:hAnsiTheme="majorHAnsi" w:cstheme="majorHAnsi"/>
          <w:sz w:val="24"/>
          <w:szCs w:val="24"/>
        </w:rPr>
      </w:pPr>
      <w:proofErr w:type="spellStart"/>
      <w:r w:rsidRPr="007A08FE">
        <w:rPr>
          <w:rFonts w:asciiTheme="majorHAnsi" w:hAnsiTheme="majorHAnsi" w:cstheme="majorHAnsi"/>
          <w:sz w:val="24"/>
          <w:szCs w:val="24"/>
        </w:rPr>
        <w:t>MUDr</w:t>
      </w:r>
      <w:proofErr w:type="spellEnd"/>
      <w:r w:rsidRPr="007A08FE">
        <w:rPr>
          <w:rFonts w:asciiTheme="majorHAnsi" w:hAnsiTheme="majorHAnsi" w:cstheme="majorHAnsi"/>
          <w:sz w:val="24"/>
          <w:szCs w:val="24"/>
        </w:rPr>
        <w:t>. Firas Far</w:t>
      </w:r>
      <w:r w:rsidR="001C6574" w:rsidRPr="007A08FE">
        <w:rPr>
          <w:rFonts w:asciiTheme="majorHAnsi" w:hAnsiTheme="majorHAnsi" w:cstheme="majorHAnsi"/>
          <w:sz w:val="24"/>
          <w:szCs w:val="24"/>
        </w:rPr>
        <w:t>kaš, PhD.</w:t>
      </w:r>
      <w:r w:rsidR="001C6574" w:rsidRPr="007A08FE">
        <w:rPr>
          <w:rFonts w:asciiTheme="majorHAnsi" w:hAnsiTheme="majorHAnsi" w:cstheme="majorHAnsi"/>
          <w:sz w:val="24"/>
          <w:szCs w:val="24"/>
        </w:rPr>
        <w:tab/>
      </w:r>
      <w:r w:rsidR="001C6574" w:rsidRPr="007A08FE">
        <w:rPr>
          <w:rFonts w:asciiTheme="majorHAnsi" w:hAnsiTheme="majorHAnsi" w:cstheme="majorHAnsi"/>
          <w:sz w:val="24"/>
          <w:szCs w:val="24"/>
        </w:rPr>
        <w:tab/>
        <w:t>……………………………………………….</w:t>
      </w:r>
    </w:p>
    <w:p w:rsidR="00AF38D6" w:rsidRPr="007A08FE" w:rsidRDefault="00AF38D6" w:rsidP="001C6574">
      <w:pPr>
        <w:numPr>
          <w:ilvl w:val="0"/>
          <w:numId w:val="10"/>
        </w:numPr>
        <w:spacing w:after="0" w:line="480" w:lineRule="auto"/>
        <w:ind w:left="714" w:hanging="357"/>
        <w:rPr>
          <w:rFonts w:asciiTheme="majorHAnsi" w:hAnsiTheme="majorHAnsi" w:cstheme="majorHAnsi"/>
          <w:sz w:val="24"/>
          <w:szCs w:val="24"/>
        </w:rPr>
      </w:pPr>
      <w:proofErr w:type="spellStart"/>
      <w:r w:rsidRPr="007A08FE">
        <w:rPr>
          <w:rFonts w:asciiTheme="majorHAnsi" w:hAnsiTheme="majorHAnsi" w:cstheme="majorHAnsi"/>
          <w:sz w:val="24"/>
          <w:szCs w:val="24"/>
        </w:rPr>
        <w:lastRenderedPageBreak/>
        <w:t>MUDr</w:t>
      </w:r>
      <w:proofErr w:type="spellEnd"/>
      <w:r w:rsidRPr="007A08FE">
        <w:rPr>
          <w:rFonts w:asciiTheme="majorHAnsi" w:hAnsiTheme="majorHAnsi" w:cstheme="majorHAnsi"/>
          <w:sz w:val="24"/>
          <w:szCs w:val="24"/>
        </w:rPr>
        <w:t>. Dan</w:t>
      </w:r>
      <w:r w:rsidR="001C6574" w:rsidRPr="007A08FE">
        <w:rPr>
          <w:rFonts w:asciiTheme="majorHAnsi" w:hAnsiTheme="majorHAnsi" w:cstheme="majorHAnsi"/>
          <w:sz w:val="24"/>
          <w:szCs w:val="24"/>
        </w:rPr>
        <w:t>iel</w:t>
      </w:r>
      <w:r w:rsidRPr="007A08FE">
        <w:rPr>
          <w:rFonts w:asciiTheme="majorHAnsi" w:hAnsiTheme="majorHAnsi" w:cstheme="majorHAnsi"/>
          <w:sz w:val="24"/>
          <w:szCs w:val="24"/>
        </w:rPr>
        <w:t>a Ho</w:t>
      </w:r>
      <w:r w:rsidR="001C6574" w:rsidRPr="007A08FE">
        <w:rPr>
          <w:rFonts w:asciiTheme="majorHAnsi" w:hAnsiTheme="majorHAnsi" w:cstheme="majorHAnsi"/>
          <w:sz w:val="24"/>
          <w:szCs w:val="24"/>
        </w:rPr>
        <w:t>rváthová</w:t>
      </w:r>
      <w:r w:rsidR="001C6574" w:rsidRPr="007A08FE">
        <w:rPr>
          <w:rFonts w:asciiTheme="majorHAnsi" w:hAnsiTheme="majorHAnsi" w:cstheme="majorHAnsi"/>
          <w:sz w:val="24"/>
          <w:szCs w:val="24"/>
        </w:rPr>
        <w:tab/>
      </w:r>
      <w:r w:rsidR="001C6574" w:rsidRPr="007A08FE">
        <w:rPr>
          <w:rFonts w:asciiTheme="majorHAnsi" w:hAnsiTheme="majorHAnsi" w:cstheme="majorHAnsi"/>
          <w:sz w:val="24"/>
          <w:szCs w:val="24"/>
        </w:rPr>
        <w:tab/>
        <w:t>……………………………………………….</w:t>
      </w:r>
    </w:p>
    <w:p w:rsidR="00AF38D6" w:rsidRPr="007A08FE" w:rsidRDefault="00AF38D6" w:rsidP="007D766B">
      <w:pPr>
        <w:numPr>
          <w:ilvl w:val="0"/>
          <w:numId w:val="10"/>
        </w:numPr>
        <w:spacing w:after="0" w:line="480" w:lineRule="auto"/>
        <w:ind w:left="714" w:hanging="357"/>
        <w:rPr>
          <w:rFonts w:asciiTheme="majorHAnsi" w:hAnsiTheme="majorHAnsi" w:cstheme="majorHAnsi"/>
          <w:sz w:val="24"/>
          <w:szCs w:val="24"/>
        </w:rPr>
      </w:pPr>
      <w:proofErr w:type="spellStart"/>
      <w:r w:rsidRPr="007A08FE">
        <w:rPr>
          <w:rFonts w:asciiTheme="majorHAnsi" w:hAnsiTheme="majorHAnsi" w:cstheme="majorHAnsi"/>
          <w:sz w:val="24"/>
          <w:szCs w:val="24"/>
        </w:rPr>
        <w:t>MUDr</w:t>
      </w:r>
      <w:proofErr w:type="spellEnd"/>
      <w:r w:rsidRPr="007A08FE">
        <w:rPr>
          <w:rFonts w:asciiTheme="majorHAnsi" w:hAnsiTheme="majorHAnsi" w:cstheme="majorHAnsi"/>
          <w:sz w:val="24"/>
          <w:szCs w:val="24"/>
        </w:rPr>
        <w:t>. Katarína S</w:t>
      </w:r>
      <w:r w:rsidR="001C6574" w:rsidRPr="007A08FE">
        <w:rPr>
          <w:rFonts w:asciiTheme="majorHAnsi" w:hAnsiTheme="majorHAnsi" w:cstheme="majorHAnsi"/>
          <w:sz w:val="24"/>
          <w:szCs w:val="24"/>
        </w:rPr>
        <w:t>lezáková PhD.</w:t>
      </w:r>
      <w:r w:rsidR="001C6574" w:rsidRPr="007A08FE">
        <w:rPr>
          <w:rFonts w:asciiTheme="majorHAnsi" w:hAnsiTheme="majorHAnsi" w:cstheme="majorHAnsi"/>
          <w:sz w:val="24"/>
          <w:szCs w:val="24"/>
        </w:rPr>
        <w:tab/>
      </w:r>
      <w:r w:rsidR="00555CB9" w:rsidRPr="007A08FE">
        <w:rPr>
          <w:rFonts w:asciiTheme="majorHAnsi" w:hAnsiTheme="majorHAnsi" w:cstheme="majorHAnsi"/>
          <w:sz w:val="24"/>
          <w:szCs w:val="24"/>
        </w:rPr>
        <w:tab/>
      </w:r>
      <w:r w:rsidR="001C6574" w:rsidRPr="007A08FE">
        <w:rPr>
          <w:rFonts w:asciiTheme="majorHAnsi" w:hAnsiTheme="majorHAnsi" w:cstheme="majorHAnsi"/>
          <w:sz w:val="24"/>
          <w:szCs w:val="24"/>
        </w:rPr>
        <w:t>……………………………………………….</w:t>
      </w:r>
    </w:p>
    <w:p w:rsidR="00BD2E3B" w:rsidRDefault="00BD2E3B" w:rsidP="00AF38D6">
      <w:pPr>
        <w:spacing w:after="0" w:line="600" w:lineRule="auto"/>
        <w:ind w:left="357"/>
        <w:rPr>
          <w:rFonts w:asciiTheme="majorHAnsi" w:hAnsiTheme="majorHAnsi" w:cstheme="majorHAnsi"/>
          <w:sz w:val="24"/>
          <w:szCs w:val="24"/>
          <w:lang w:val="sk-SK"/>
        </w:rPr>
      </w:pPr>
    </w:p>
    <w:p w:rsidR="00BD2E3B" w:rsidRDefault="00BD2E3B" w:rsidP="00AF38D6">
      <w:pPr>
        <w:spacing w:after="0" w:line="600" w:lineRule="auto"/>
        <w:ind w:left="357"/>
        <w:rPr>
          <w:rFonts w:asciiTheme="majorHAnsi" w:hAnsiTheme="majorHAnsi" w:cstheme="majorHAnsi"/>
          <w:sz w:val="24"/>
          <w:szCs w:val="24"/>
          <w:lang w:val="sk-SK"/>
        </w:rPr>
      </w:pPr>
    </w:p>
    <w:p w:rsidR="00BD2E3B" w:rsidRDefault="00BD2E3B" w:rsidP="00AF38D6">
      <w:pPr>
        <w:spacing w:after="0" w:line="600" w:lineRule="auto"/>
        <w:ind w:left="357"/>
        <w:rPr>
          <w:rFonts w:asciiTheme="majorHAnsi" w:hAnsiTheme="majorHAnsi" w:cstheme="majorHAnsi"/>
          <w:sz w:val="24"/>
          <w:szCs w:val="24"/>
          <w:lang w:val="sk-SK"/>
        </w:rPr>
      </w:pPr>
    </w:p>
    <w:p w:rsidR="001A563B" w:rsidRPr="007A08FE" w:rsidRDefault="001A563B" w:rsidP="00AF38D6">
      <w:pPr>
        <w:spacing w:after="0" w:line="600" w:lineRule="auto"/>
        <w:ind w:left="357"/>
        <w:rPr>
          <w:rFonts w:asciiTheme="majorHAnsi" w:hAnsiTheme="majorHAnsi" w:cstheme="majorHAnsi"/>
          <w:sz w:val="24"/>
          <w:szCs w:val="24"/>
          <w:lang w:val="sk-SK"/>
        </w:rPr>
      </w:pPr>
      <w:r w:rsidRPr="007A08FE">
        <w:rPr>
          <w:rFonts w:asciiTheme="majorHAnsi" w:hAnsiTheme="majorHAnsi" w:cstheme="majorHAnsi"/>
          <w:sz w:val="24"/>
          <w:szCs w:val="24"/>
          <w:lang w:val="sk-SK"/>
        </w:rPr>
        <w:t>Dátum</w:t>
      </w:r>
      <w:r w:rsidR="00996534" w:rsidRPr="007A08FE">
        <w:rPr>
          <w:rFonts w:asciiTheme="majorHAnsi" w:hAnsiTheme="majorHAnsi" w:cstheme="majorHAnsi"/>
          <w:sz w:val="24"/>
          <w:szCs w:val="24"/>
          <w:lang w:val="sk-SK"/>
        </w:rPr>
        <w:t xml:space="preserve"> zaradenia</w:t>
      </w:r>
      <w:r w:rsidRPr="007A08FE">
        <w:rPr>
          <w:rFonts w:asciiTheme="majorHAnsi" w:hAnsiTheme="majorHAnsi" w:cstheme="majorHAnsi"/>
          <w:sz w:val="24"/>
          <w:szCs w:val="24"/>
          <w:lang w:val="sk-SK"/>
        </w:rPr>
        <w:t>:_______________</w:t>
      </w:r>
    </w:p>
    <w:sectPr w:rsidR="001A563B" w:rsidRPr="007A08FE" w:rsidSect="00EA00D9">
      <w:pgSz w:w="12240" w:h="15840"/>
      <w:pgMar w:top="1440" w:right="1800" w:bottom="1440" w:left="15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2D4F7D9D"/>
    <w:multiLevelType w:val="hybridMultilevel"/>
    <w:tmpl w:val="6614907C"/>
    <w:lvl w:ilvl="0" w:tplc="005E6206">
      <w:start w:val="2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1E71ABD"/>
    <w:multiLevelType w:val="hybridMultilevel"/>
    <w:tmpl w:val="959E7706"/>
    <w:lvl w:ilvl="0" w:tplc="005E6206">
      <w:start w:val="2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70718EE"/>
    <w:multiLevelType w:val="hybridMultilevel"/>
    <w:tmpl w:val="31F273D6"/>
    <w:lvl w:ilvl="0" w:tplc="005E6206">
      <w:start w:val="2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DFB426F"/>
    <w:multiLevelType w:val="hybridMultilevel"/>
    <w:tmpl w:val="E9309BE4"/>
    <w:lvl w:ilvl="0" w:tplc="005E6206">
      <w:start w:val="2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42512E2"/>
    <w:multiLevelType w:val="hybridMultilevel"/>
    <w:tmpl w:val="AD32CEA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A1253B4"/>
    <w:multiLevelType w:val="hybridMultilevel"/>
    <w:tmpl w:val="23CE1ADA"/>
    <w:lvl w:ilvl="0" w:tplc="278A2CC0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AFD138A"/>
    <w:multiLevelType w:val="hybridMultilevel"/>
    <w:tmpl w:val="A7B42442"/>
    <w:lvl w:ilvl="0" w:tplc="AF76E480">
      <w:start w:val="2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3"/>
  </w:num>
  <w:num w:numId="11">
    <w:abstractNumId w:val="15"/>
  </w:num>
  <w:num w:numId="12">
    <w:abstractNumId w:val="12"/>
  </w:num>
  <w:num w:numId="13">
    <w:abstractNumId w:val="11"/>
  </w:num>
  <w:num w:numId="14">
    <w:abstractNumId w:val="10"/>
  </w:num>
  <w:num w:numId="15">
    <w:abstractNumId w:val="9"/>
  </w:num>
  <w:num w:numId="16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hyphenationZone w:val="425"/>
  <w:characterSpacingControl w:val="doNotCompress"/>
  <w:compat>
    <w:useFELayout/>
  </w:compat>
  <w:rsids>
    <w:rsidRoot w:val="00B47730"/>
    <w:rsid w:val="000229D3"/>
    <w:rsid w:val="00024E91"/>
    <w:rsid w:val="00034616"/>
    <w:rsid w:val="0006063C"/>
    <w:rsid w:val="00096549"/>
    <w:rsid w:val="000D27EB"/>
    <w:rsid w:val="000E7A47"/>
    <w:rsid w:val="000F2328"/>
    <w:rsid w:val="000F2C57"/>
    <w:rsid w:val="00146FAA"/>
    <w:rsid w:val="0015074B"/>
    <w:rsid w:val="00156107"/>
    <w:rsid w:val="001A563B"/>
    <w:rsid w:val="001C6574"/>
    <w:rsid w:val="001D0628"/>
    <w:rsid w:val="001E7E9E"/>
    <w:rsid w:val="0023339A"/>
    <w:rsid w:val="00250A0E"/>
    <w:rsid w:val="0029639D"/>
    <w:rsid w:val="002B3F96"/>
    <w:rsid w:val="002E26F1"/>
    <w:rsid w:val="00326F90"/>
    <w:rsid w:val="00350D67"/>
    <w:rsid w:val="003E7878"/>
    <w:rsid w:val="00434A49"/>
    <w:rsid w:val="00443E8F"/>
    <w:rsid w:val="004B3D5B"/>
    <w:rsid w:val="005273A2"/>
    <w:rsid w:val="00555CB9"/>
    <w:rsid w:val="00781C90"/>
    <w:rsid w:val="00794EAE"/>
    <w:rsid w:val="007A08FE"/>
    <w:rsid w:val="007B4B3B"/>
    <w:rsid w:val="007D766B"/>
    <w:rsid w:val="007E4CD0"/>
    <w:rsid w:val="008717CB"/>
    <w:rsid w:val="008A533B"/>
    <w:rsid w:val="008B22FD"/>
    <w:rsid w:val="008E4D5C"/>
    <w:rsid w:val="00902214"/>
    <w:rsid w:val="00935072"/>
    <w:rsid w:val="00996534"/>
    <w:rsid w:val="009B02EC"/>
    <w:rsid w:val="009D17E5"/>
    <w:rsid w:val="00A16386"/>
    <w:rsid w:val="00A36ACF"/>
    <w:rsid w:val="00A84A76"/>
    <w:rsid w:val="00AA0C28"/>
    <w:rsid w:val="00AA1D8D"/>
    <w:rsid w:val="00AD2699"/>
    <w:rsid w:val="00AF38D6"/>
    <w:rsid w:val="00B25542"/>
    <w:rsid w:val="00B47730"/>
    <w:rsid w:val="00B478AB"/>
    <w:rsid w:val="00B5659F"/>
    <w:rsid w:val="00B70EE8"/>
    <w:rsid w:val="00BD2E3B"/>
    <w:rsid w:val="00C057F6"/>
    <w:rsid w:val="00C11E4D"/>
    <w:rsid w:val="00C346B9"/>
    <w:rsid w:val="00C363DD"/>
    <w:rsid w:val="00C44990"/>
    <w:rsid w:val="00C5403A"/>
    <w:rsid w:val="00C63C17"/>
    <w:rsid w:val="00CB0664"/>
    <w:rsid w:val="00CD7E0C"/>
    <w:rsid w:val="00CE6F25"/>
    <w:rsid w:val="00D31D82"/>
    <w:rsid w:val="00D86C55"/>
    <w:rsid w:val="00DC26EA"/>
    <w:rsid w:val="00DD5169"/>
    <w:rsid w:val="00E07FD2"/>
    <w:rsid w:val="00EA00D9"/>
    <w:rsid w:val="00EA1C29"/>
    <w:rsid w:val="00EB171F"/>
    <w:rsid w:val="00EC06B7"/>
    <w:rsid w:val="00F00069"/>
    <w:rsid w:val="00F8354A"/>
    <w:rsid w:val="00FA5C02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Intenzvny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vetlpodfarbenie1">
    <w:name w:val="Svetlé podfarbenie1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Svetlpodfarbeniezvraznenie11">
    <w:name w:val="Svetlé podfarbenie – zvýraznenie 1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customStyle="1" w:styleId="Svetlzoznam1">
    <w:name w:val="Svetlý zoznam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Svetlzoznamzvraznenie11">
    <w:name w:val="Svetlý zoznam – zvýraznenie 1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Svetlmrieka1">
    <w:name w:val="Svetlá mriežka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Svetlmriekazvraznenie11">
    <w:name w:val="Svetlá mriežka – zvýraznenie 1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Strednpodfarbenie11">
    <w:name w:val="Stredné podfarbenie 1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Strednpodfarbenie1zvraznenie11">
    <w:name w:val="Stredné podfarbenie 1 – zvýraznenie 1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Strednpodfarbenie21">
    <w:name w:val="Stredné podfarbenie 2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Strednpodfarbenie2zvraznenie11">
    <w:name w:val="Stredné podfarbenie 2 – zvýraznenie 1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Strednzoznam11">
    <w:name w:val="Stredný zoznam 1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Strednzoznam1zvraznenie11">
    <w:name w:val="Stredný zoznam 1 – zvýraznenie 1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Strednzoznam21">
    <w:name w:val="Stredný zoznam 2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Strednmrieka11">
    <w:name w:val="Stredná mriežka 1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Strednmrieka21">
    <w:name w:val="Stredná mriežka 2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Strednmrieka31">
    <w:name w:val="Stredná mriežka 3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Tmavzoznam1">
    <w:name w:val="Tmavý zoznam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Farebnpodfarbenie1">
    <w:name w:val="Farebné podfarbenie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Farebnzoznam1">
    <w:name w:val="Farebný zoznam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Farebnmrieka1">
    <w:name w:val="Farebná mriežka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GridTable4-Accent11">
    <w:name w:val="Grid Table 4 - Accent 11"/>
    <w:basedOn w:val="Normlnatabuka"/>
    <w:uiPriority w:val="49"/>
    <w:rsid w:val="008E4D5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Hypertextovprepojenie">
    <w:name w:val="Hyperlink"/>
    <w:basedOn w:val="Predvolenpsmoodseku"/>
    <w:uiPriority w:val="99"/>
    <w:unhideWhenUsed/>
    <w:rsid w:val="008E4D5C"/>
    <w:rPr>
      <w:color w:val="0000FF" w:themeColor="hyperlink"/>
      <w:u w:val="single"/>
    </w:rPr>
  </w:style>
  <w:style w:type="character" w:customStyle="1" w:styleId="UnresolvedMention1">
    <w:name w:val="Unresolved Mention1"/>
    <w:basedOn w:val="Predvolenpsmoodseku"/>
    <w:uiPriority w:val="99"/>
    <w:semiHidden/>
    <w:unhideWhenUsed/>
    <w:rsid w:val="008E4D5C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693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34AB7BB-6437-4C9F-899A-DF9F0713C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3</Pages>
  <Words>388</Words>
  <Characters>2217</Characters>
  <Application>Microsoft Office Word</Application>
  <DocSecurity>0</DocSecurity>
  <Lines>18</Lines>
  <Paragraphs>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Soft For Solutions a.s</Company>
  <LinksUpToDate>false</LinksUpToDate>
  <CharactersWithSpaces>2600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sopko</cp:lastModifiedBy>
  <cp:revision>9</cp:revision>
  <cp:lastPrinted>2026-02-06T08:35:00Z</cp:lastPrinted>
  <dcterms:created xsi:type="dcterms:W3CDTF">2026-02-10T16:11:00Z</dcterms:created>
  <dcterms:modified xsi:type="dcterms:W3CDTF">2026-10-20T11:48:00Z</dcterms:modified>
</cp:coreProperties>
</file>